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b/>
          <w:sz w:val="26"/>
        </w:rPr>
        <w:t xml:space="preserve">SINDICATO DOS </w:t>
      </w:r>
      <w:r>
        <w:rPr>
          <w:b/>
          <w:sz w:val="26"/>
          <w:lang w:val="pt-BR"/>
        </w:rPr>
        <w:t>JORNALISTAS</w:t>
      </w:r>
      <w:r>
        <w:rPr>
          <w:b/>
          <w:sz w:val="26"/>
        </w:rPr>
        <w:t xml:space="preserve"> DE MATO GROSSO — SINDJOR/MT</w:t>
      </w:r>
    </w:p>
    <w:p>
      <w:pPr>
        <w:pStyle w:val="Normal"/>
        <w:jc w:val="center"/>
        <w:rPr/>
      </w:pPr>
      <w:r>
        <w:rPr>
          <w:i/>
          <w:sz w:val="20"/>
        </w:rPr>
        <w:t>Filiado à FENAJ (Federação Nacional dos Jornalistas) e à CUT</w:t>
      </w:r>
    </w:p>
    <w:p>
      <w:pPr>
        <w:pStyle w:val="Normal"/>
        <w:spacing w:before="240" w:after="240"/>
        <w:jc w:val="center"/>
        <w:rPr/>
      </w:pPr>
      <w:r>
        <w:rPr>
          <w:b/>
          <w:sz w:val="32"/>
        </w:rPr>
        <w:t>ESTATUTO SOCIAL</w:t>
      </w:r>
    </w:p>
    <w:p>
      <w:pPr>
        <w:pStyle w:val="Normal"/>
        <w:spacing w:before="360" w:after="160"/>
        <w:jc w:val="center"/>
        <w:rPr/>
      </w:pPr>
      <w:r>
        <w:rPr>
          <w:b/>
          <w:sz w:val="26"/>
          <w:lang w:val="pt-BR"/>
        </w:rPr>
        <w:t>TÍTULO</w:t>
      </w:r>
      <w:r>
        <w:rPr>
          <w:b/>
          <w:sz w:val="26"/>
        </w:rPr>
        <w:t xml:space="preserve"> I — DA CONSTITUIÇÃO E FINS</w:t>
      </w:r>
    </w:p>
    <w:p>
      <w:pPr>
        <w:pStyle w:val="Normal"/>
        <w:spacing w:before="240" w:after="120"/>
        <w:jc w:val="center"/>
        <w:rPr/>
      </w:pPr>
      <w:r>
        <w:rPr>
          <w:b/>
          <w:sz w:val="24"/>
        </w:rPr>
        <w:t>CAPÍTULO I — DA CONSTITUIÇÃO E SEDE</w:t>
      </w:r>
    </w:p>
    <w:p>
      <w:pPr>
        <w:pStyle w:val="Normal"/>
        <w:ind w:firstLine="709"/>
        <w:jc w:val="both"/>
        <w:rPr/>
      </w:pPr>
      <w:r>
        <w:rPr/>
        <w:t xml:space="preserve">Art. 1º. O Sindicato dos Jornalistas de Mato </w:t>
      </w:r>
      <w:r>
        <w:rPr>
          <w:lang w:val="pt-BR"/>
        </w:rPr>
        <w:t>Grosso</w:t>
      </w:r>
      <w:r>
        <w:rPr/>
        <w:t>, denominado Sindjor/MT, fundado em 07/06/1972, com sede e foro na cidade de Cuiabá, capital do Estado de Mato Grosso, situado à Rua Barão de Melgaço, nº 3.988, Edifício Leblon, Sala 107, Bairro Centro Norte, CEP 78.005-300, com endereço eletrônico institucional sindjor@sindjormt.org.br e sítio oficial http://www.sindjormt.org.br, com base territorial no Estado de Mato Grosso, é uma entidade sem fins lucrativos, constituída para fins de defesa e representação legal dos interesses e conquistas de reivindicações dos jornalistas, bem como a manutenção e defesa dos interesses soberanos do povo brasileiro e das instituições democráticas brasileiras.</w:t>
      </w:r>
    </w:p>
    <w:p>
      <w:pPr>
        <w:pStyle w:val="Normal"/>
        <w:ind w:firstLine="425" w:start="283"/>
        <w:jc w:val="both"/>
        <w:rPr>
          <w:color w:val="EE0000"/>
        </w:rPr>
      </w:pPr>
      <w:r>
        <w:t>§ 1º. Considera-se jornalista aquele caracterizado na regulamentação profissional como tal na CBO - Classificação Brasileira de Ocupações, que exerça trabalho remunerado, seja com vínculo empregatício ou não, limitada a representação sindical aos profissionais que atendam aos critérios estabelecidos nas disposições deste estatuto entre as quais se acrescentam: cartunistas, ilustradores em vídeo, película e outros meios, chargistas em meio impresso ou eletrônicos que integrem produtos jornalísticos em mídias digitais em diferentes formatos ou linguagens; operadores de redes sociais ou mídias surgentes que sejam qualificados e profissionais que produzem conteúdo informativo/jornalístico em vídeo, áudio e/ou texto, em Convenções, Acordos Coletivos, Acordos Setoriais e outras fórmulas de notações decorrentes de negociações.</w:t>
      </w:r>
    </w:p>
    <w:p>
      <w:pPr>
        <w:pStyle w:val="Normal"/>
        <w:ind w:firstLine="425" w:start="283"/>
        <w:jc w:val="both"/>
        <w:rPr>
          <w:color w:val="EE0000"/>
        </w:rPr>
      </w:pPr>
      <w:r>
        <w:t>§ 2º. O Sindicato constitui-se das seguintes instâncias: Assembleia Geral, Congresso Estadual, Diretoria Colegiada, Diretoria Executiva, Conselho Fiscal, Comissão de Ética, Conselho Consultivo de Ex-Dirigentes, Delegados da Fenaj e Representações Regionais.</w:t>
      </w:r>
    </w:p>
    <w:p>
      <w:pPr>
        <w:pStyle w:val="Normal"/>
        <w:ind w:firstLine="425" w:start="283"/>
        <w:jc w:val="both"/>
        <w:rPr/>
      </w:pPr>
      <w:r>
        <w:rPr/>
        <w:t>§ 3º. O Sindicato não distribui entre dirigentes, associados, conselheiros, empregados, doadores ou terceiros quaisquer resultados, sobras ou excedentes operacionais, brutos ou líquidos, aplicando-os integralmente na consecução de seu objeto social, de forma imediata ou por meio da constituição de fundo de reserva.</w:t>
      </w:r>
    </w:p>
    <w:p>
      <w:pPr>
        <w:pStyle w:val="Normal"/>
        <w:spacing w:before="240" w:after="120"/>
        <w:jc w:val="center"/>
        <w:rPr/>
      </w:pPr>
      <w:r>
        <w:rPr>
          <w:b/>
          <w:sz w:val="24"/>
        </w:rPr>
        <w:t>CAPÍTULO II — DAS FINALIDADES</w:t>
      </w:r>
    </w:p>
    <w:p>
      <w:pPr>
        <w:pStyle w:val="Normal"/>
        <w:ind w:firstLine="709"/>
        <w:jc w:val="both"/>
        <w:rPr/>
      </w:pPr>
      <w:r>
        <w:rPr/>
        <w:t>Art. 2º. São finalidades do Sindicato dos Jornalistas:</w:t>
      </w:r>
    </w:p>
    <w:p>
      <w:pPr>
        <w:pStyle w:val="Normal"/>
        <w:ind w:start="850"/>
        <w:jc w:val="both"/>
        <w:rPr/>
      </w:pPr>
      <w:r>
        <w:rPr/>
        <w:t>a) exercer as prerrogativas legais e atribuídas aos órgãos sindicais do País, como representante da categoria dos jornalistas profissionais na base territorial do Estado de Mato Grosso;</w:t>
      </w:r>
    </w:p>
    <w:p>
      <w:pPr>
        <w:pStyle w:val="Normal"/>
        <w:ind w:start="850"/>
        <w:jc w:val="both"/>
        <w:rPr/>
      </w:pPr>
      <w:r>
        <w:rPr/>
        <w:t>b) investir esforços permanentes para sindicalizar os profissionais de sua base e fortalecer a organização e consciência política e sindical, resguardando sempre o princípio da livre associação e da autonomia sindical;</w:t>
      </w:r>
    </w:p>
    <w:p>
      <w:pPr>
        <w:pStyle w:val="Normal"/>
        <w:ind w:start="850"/>
        <w:jc w:val="both"/>
        <w:rPr/>
      </w:pPr>
      <w:r>
        <w:rPr/>
        <w:t>c) promover a unidade dos jornalistas e intensificar os laços de solidariedade com os demais trabalhadores, independentemente de serem de áreas afins;</w:t>
      </w:r>
    </w:p>
    <w:p>
      <w:pPr>
        <w:pStyle w:val="Normal"/>
        <w:ind w:start="850"/>
        <w:jc w:val="both"/>
        <w:rPr/>
      </w:pPr>
      <w:r>
        <w:rPr/>
        <w:t>d) pugnar pela justa remuneração dos jornalistas e pelas reivindicações econômicas, profissionais e assistenciais da categoria, para isso promovendo o estatuto e o planejamento de suas campanhas reivindicatórias e as ações coletivas que se fizerem necessárias;</w:t>
      </w:r>
    </w:p>
    <w:p>
      <w:pPr>
        <w:pStyle w:val="Normal"/>
        <w:ind w:start="850"/>
        <w:jc w:val="both"/>
        <w:rPr/>
      </w:pPr>
      <w:r>
        <w:rPr/>
        <w:t>e) zelar pelo cumprimento das leis que beneficiam a categoria e pelos direitos adquiridos dos jornalistas, promovendo a fiscalização quanto à execução delas, bem como do controle do registro profissional e do seu aperfeiçoamento;</w:t>
      </w:r>
    </w:p>
    <w:p>
      <w:pPr>
        <w:pStyle w:val="Normal"/>
        <w:ind w:start="850"/>
        <w:jc w:val="both"/>
        <w:rPr/>
      </w:pPr>
      <w:r>
        <w:rPr/>
        <w:t>f) defender o exercício da profissão, lutando por todos os meios disponíveis para assegurar a plena liberdade de expressão e de pensamento, além de cobrar das empresas condições para a livre atuação profissional;</w:t>
      </w:r>
    </w:p>
    <w:p>
      <w:pPr>
        <w:pStyle w:val="Normal"/>
        <w:ind w:start="850"/>
        <w:jc w:val="both"/>
        <w:rPr/>
      </w:pPr>
      <w:r>
        <w:rPr/>
        <w:t>g) organizar a participação dos jornalistas nos congressos, conferências, seminários e encontros regionais e internacionais, que visem o debate de problemas profissionais, sindicais, políticos, o aprimoramento profissional e o intercâmbio de experiências culturais, objetivando sempre a ampliação da unidade e o fortalecimento da categoria representada;</w:t>
      </w:r>
    </w:p>
    <w:p>
      <w:pPr>
        <w:pStyle w:val="Normal"/>
        <w:ind w:start="850"/>
        <w:jc w:val="both"/>
        <w:rPr/>
      </w:pPr>
      <w:r>
        <w:rPr/>
        <w:t>h) realizar permanentes esforços no sentido de que as atividades jornalísticas em geral e dos jornalistas profissionais contribuam para a defesa do patrimônio material, cultural, histórico e ambiental da sociedade brasileira;</w:t>
      </w:r>
    </w:p>
    <w:p>
      <w:pPr>
        <w:pStyle w:val="Normal"/>
        <w:ind w:start="850"/>
        <w:jc w:val="both"/>
        <w:rPr/>
      </w:pPr>
      <w:r>
        <w:rPr/>
        <w:t>i) manter serviços de orientação jurídica para o associado nas questões trabalhistas e nas lesões do direito no exercício da profissão, inclusive quanto ao reemprego dos profissionais e no encaminhamento dos acordos coletivos de trabalho e dissídios coletivos da categoria;</w:t>
      </w:r>
    </w:p>
    <w:p>
      <w:pPr>
        <w:pStyle w:val="Normal"/>
        <w:ind w:start="850"/>
        <w:jc w:val="both"/>
        <w:rPr/>
      </w:pPr>
      <w:r>
        <w:rPr/>
        <w:t>j) promover atividades culturais, artísticas e de qualificação profissional, ficando a entidade autorizada a captar recursos públicos, inclusive emendas parlamentares, e privados, bem como gerir convênios para a execução de projetos sociais, culturais, ambientais e de formação de interesse da categoria e da sociedade;</w:t>
      </w:r>
    </w:p>
    <w:p>
      <w:pPr>
        <w:pStyle w:val="Normal"/>
        <w:ind w:start="850"/>
        <w:jc w:val="both"/>
        <w:rPr/>
      </w:pPr>
      <w:r>
        <w:rPr/>
        <w:t>k) publicar, anualmente, em seus canais oficiais, relatório simplificado das atividades e da situação financeira da entidade, em linguagem acessível;</w:t>
      </w:r>
    </w:p>
    <w:p>
      <w:pPr>
        <w:pStyle w:val="Normal"/>
        <w:ind w:start="850"/>
        <w:jc w:val="both"/>
        <w:rPr/>
      </w:pPr>
      <w:r>
        <w:rPr/>
        <w:t>l) promover o enfrentamento à desinformação, a verificação de fatos de interesse público, a integridade informacional e a educação midiática, bem como prestar serviços técnicos especializados de monitoramento, análise e verificação documental de informações a instituições públicas e privadas, mediante contrato, convênio, termo de cooperação, de colaboração ou de fomento, observada a autonomia técnica e editorial e a vedação do art. 3º;</w:t>
      </w:r>
    </w:p>
    <w:p>
      <w:pPr>
        <w:pStyle w:val="Normal"/>
        <w:ind w:start="850"/>
        <w:jc w:val="both"/>
        <w:rPr/>
      </w:pPr>
      <w:r>
        <w:rPr/>
        <w:t>m) exercer, no que couber, as atividades compatíveis com os seguintes Códigos de Classificação Nacional de Atividades Econômicas (CNAEs):</w:t>
      </w:r>
    </w:p>
    <w:p>
      <w:pPr>
        <w:pStyle w:val="Normal"/>
        <w:ind w:start="850"/>
        <w:rPr/>
      </w:pPr>
      <w:r>
        <w:rPr>
          <w:b/>
          <w:i/>
          <w:sz w:val="20"/>
        </w:rPr>
        <w:t>Atividades sindicais e associativas:</w:t>
      </w:r>
    </w:p>
    <w:p>
      <w:pPr>
        <w:pStyle w:val="Normal"/>
        <w:ind w:start="1417"/>
        <w:rPr/>
      </w:pPr>
      <w:r>
        <w:rPr/>
        <w:t>94.30-8/00 — Atividades de associações de defesa de direitos sociais (incluindo direitos humanos, defesa do meio ambiente e de minorias);</w:t>
      </w:r>
    </w:p>
    <w:p>
      <w:pPr>
        <w:pStyle w:val="Normal"/>
        <w:ind w:start="1417"/>
        <w:rPr/>
      </w:pPr>
      <w:r>
        <w:rPr/>
        <w:t>94.93-6/00 — Atividades de organizações associativas ligadas à cultura e à arte;</w:t>
      </w:r>
    </w:p>
    <w:p>
      <w:pPr>
        <w:pStyle w:val="Normal"/>
        <w:ind w:start="1417"/>
        <w:rPr/>
      </w:pPr>
      <w:r>
        <w:rPr/>
        <w:t>94.99-5/00 — Atividades associativas não especificadas anteriormente;</w:t>
      </w:r>
    </w:p>
    <w:p>
      <w:pPr>
        <w:pStyle w:val="Normal"/>
        <w:ind w:start="850"/>
        <w:rPr/>
      </w:pPr>
      <w:r>
        <w:rPr>
          <w:b/>
          <w:i/>
          <w:sz w:val="20"/>
        </w:rPr>
        <w:t>Atividades profissionais, técnicas e científicas:</w:t>
      </w:r>
    </w:p>
    <w:p>
      <w:pPr>
        <w:pStyle w:val="Normal"/>
        <w:ind w:start="1417"/>
        <w:rPr/>
      </w:pPr>
      <w:r>
        <w:rPr/>
        <w:t>72.10-0/00 — Pesquisa e desenvolvimento experimental em ciências físicas e naturais (inclui pesquisa ambiental);</w:t>
      </w:r>
    </w:p>
    <w:p>
      <w:pPr>
        <w:pStyle w:val="Normal"/>
        <w:ind w:start="1417"/>
        <w:rPr/>
      </w:pPr>
      <w:r>
        <w:rPr/>
        <w:t>74.90-1/99 — Outras atividades profissionais, científicas e técnicas não especificadas anteriormente;</w:t>
      </w:r>
    </w:p>
    <w:p>
      <w:pPr>
        <w:pStyle w:val="Normal"/>
        <w:ind w:start="1417"/>
        <w:rPr/>
      </w:pPr>
      <w:r>
        <w:rPr/>
        <w:t>74.90-1/04 — Atividades de intermediação e agenciamento de serviços e negócios em geral, exceto imobiliários;</w:t>
      </w:r>
    </w:p>
    <w:p>
      <w:pPr>
        <w:pStyle w:val="Normal"/>
        <w:ind w:start="1417"/>
        <w:rPr/>
      </w:pPr>
      <w:r>
        <w:rPr/>
        <w:t>74.90-1/05 — Agenciamento de profissionais para atividades culturais;</w:t>
      </w:r>
    </w:p>
    <w:p>
      <w:pPr>
        <w:pStyle w:val="Normal"/>
        <w:ind w:start="850"/>
        <w:rPr/>
      </w:pPr>
      <w:r>
        <w:rPr>
          <w:b/>
          <w:i/>
          <w:sz w:val="20"/>
        </w:rPr>
        <w:t>Educação, formação e patrimônio:</w:t>
      </w:r>
    </w:p>
    <w:p>
      <w:pPr>
        <w:pStyle w:val="Normal"/>
        <w:ind w:start="1417"/>
        <w:rPr/>
      </w:pPr>
      <w:r>
        <w:rPr/>
        <w:t>85.50-3/02 — Atividades de apoio à educação, exceto caixas escolares;</w:t>
      </w:r>
    </w:p>
    <w:p>
      <w:pPr>
        <w:pStyle w:val="Normal"/>
        <w:ind w:start="1417"/>
        <w:rPr/>
      </w:pPr>
      <w:r>
        <w:rPr/>
        <w:t>85.92-9/01 — Ensino de dança;</w:t>
      </w:r>
    </w:p>
    <w:p>
      <w:pPr>
        <w:pStyle w:val="Normal"/>
        <w:ind w:start="1417"/>
        <w:rPr/>
      </w:pPr>
      <w:r>
        <w:rPr/>
        <w:t>85.99-6/04 — Treinamento em desenvolvimento profissional e gerencial (inclui formação em educação ambiental e direitos socioambientais);</w:t>
      </w:r>
    </w:p>
    <w:p>
      <w:pPr>
        <w:pStyle w:val="Normal"/>
        <w:ind w:start="1417"/>
        <w:rPr/>
      </w:pPr>
      <w:r>
        <w:rPr/>
        <w:t>91.02-3/01 — Atividades de museus e de exploração de lugares e prédios históricos e atrações similares;</w:t>
      </w:r>
    </w:p>
    <w:p>
      <w:pPr>
        <w:pStyle w:val="Normal"/>
        <w:ind w:start="1417"/>
        <w:rPr/>
      </w:pPr>
      <w:r>
        <w:rPr/>
        <w:t>91.03-1/00 — Atividades de jardins botânicos, zoológicos, parques nacionais, reservas ecológicas e áreas de proteção ambiental;</w:t>
      </w:r>
    </w:p>
    <w:p>
      <w:pPr>
        <w:pStyle w:val="Normal"/>
        <w:ind w:start="850"/>
        <w:rPr/>
      </w:pPr>
      <w:r>
        <w:rPr>
          <w:b/>
          <w:i/>
          <w:sz w:val="20"/>
        </w:rPr>
        <w:t>Edição e produção audiovisual:</w:t>
      </w:r>
    </w:p>
    <w:p>
      <w:pPr>
        <w:pStyle w:val="Normal"/>
        <w:ind w:start="1417"/>
        <w:rPr/>
      </w:pPr>
      <w:r>
        <w:rPr/>
        <w:t>58.11-5/00 — Edição de livros;</w:t>
      </w:r>
    </w:p>
    <w:p>
      <w:pPr>
        <w:pStyle w:val="Normal"/>
        <w:ind w:start="1417"/>
        <w:rPr/>
      </w:pPr>
      <w:r>
        <w:rPr/>
        <w:t>58.13-1/00 — Edição de revistas;</w:t>
      </w:r>
    </w:p>
    <w:p>
      <w:pPr>
        <w:pStyle w:val="Normal"/>
        <w:ind w:start="1417"/>
        <w:rPr/>
      </w:pPr>
      <w:r>
        <w:rPr/>
        <w:t>59.11-1/99 — Atividades de produção cinematográfica, de vídeos e de programas de televisão não especificadas anteriormente;</w:t>
      </w:r>
    </w:p>
    <w:p>
      <w:pPr>
        <w:pStyle w:val="Normal"/>
        <w:ind w:start="1417"/>
        <w:rPr/>
      </w:pPr>
      <w:r>
        <w:rPr/>
        <w:t>59.12-0/99 — Atividades de pós-produção cinematográfica, de vídeos e de programas de televisão não especificadas anteriormente;</w:t>
      </w:r>
    </w:p>
    <w:p>
      <w:pPr>
        <w:pStyle w:val="Normal"/>
        <w:ind w:start="1417"/>
        <w:rPr/>
      </w:pPr>
      <w:r>
        <w:rPr/>
        <w:t>59.14-6/00 — Atividades de exibição cinematográfica;</w:t>
      </w:r>
    </w:p>
    <w:p>
      <w:pPr>
        <w:pStyle w:val="Normal"/>
        <w:ind w:start="1417"/>
        <w:rPr/>
      </w:pPr>
      <w:r>
        <w:rPr/>
        <w:t>59.20-1/00 — Atividades de gravação de som e de edição de música;</w:t>
      </w:r>
    </w:p>
    <w:p>
      <w:pPr>
        <w:pStyle w:val="Normal"/>
        <w:ind w:start="850"/>
        <w:rPr/>
      </w:pPr>
      <w:r>
        <w:rPr>
          <w:b/>
          <w:i/>
          <w:sz w:val="20"/>
        </w:rPr>
        <w:t>Serviços de informação e agências de notícias:</w:t>
      </w:r>
    </w:p>
    <w:p>
      <w:pPr>
        <w:pStyle w:val="Normal"/>
        <w:ind w:start="1417"/>
        <w:rPr/>
      </w:pPr>
      <w:r>
        <w:rPr/>
        <w:t>63.91-7/00 — Agências de notícias;</w:t>
      </w:r>
    </w:p>
    <w:p>
      <w:pPr>
        <w:pStyle w:val="Normal"/>
        <w:ind w:start="1417"/>
        <w:rPr/>
      </w:pPr>
      <w:r>
        <w:rPr/>
        <w:t>63.99-2/00 — Outras atividades de prestação de serviços de informação não especificadas anteriormente;</w:t>
      </w:r>
    </w:p>
    <w:p>
      <w:pPr>
        <w:pStyle w:val="Normal"/>
        <w:ind w:start="850"/>
        <w:rPr/>
      </w:pPr>
      <w:r>
        <w:rPr>
          <w:b/>
          <w:i/>
          <w:sz w:val="20"/>
        </w:rPr>
        <w:t>Artes cênicas, espetáculos e atividades culturais:</w:t>
      </w:r>
    </w:p>
    <w:p>
      <w:pPr>
        <w:pStyle w:val="Normal"/>
        <w:ind w:start="1417"/>
        <w:rPr/>
      </w:pPr>
      <w:r>
        <w:rPr/>
        <w:t>90.01-9/01 — Produção teatral;</w:t>
      </w:r>
    </w:p>
    <w:p>
      <w:pPr>
        <w:pStyle w:val="Normal"/>
        <w:ind w:start="1417"/>
        <w:rPr/>
      </w:pPr>
      <w:r>
        <w:rPr/>
        <w:t>90.01-9/02 — Produção musical;</w:t>
      </w:r>
    </w:p>
    <w:p>
      <w:pPr>
        <w:pStyle w:val="Normal"/>
        <w:ind w:start="1417"/>
        <w:rPr/>
      </w:pPr>
      <w:r>
        <w:rPr/>
        <w:t>90.01-9/03 — Produção de espetáculos de dança;</w:t>
      </w:r>
    </w:p>
    <w:p>
      <w:pPr>
        <w:pStyle w:val="Normal"/>
        <w:ind w:start="1417"/>
        <w:rPr/>
      </w:pPr>
      <w:r>
        <w:rPr/>
        <w:t>90.01-9/04 — Produção de espetáculos circenses, de marionetes e similares;</w:t>
      </w:r>
    </w:p>
    <w:p>
      <w:pPr>
        <w:pStyle w:val="Normal"/>
        <w:ind w:start="1417"/>
        <w:rPr/>
      </w:pPr>
      <w:r>
        <w:rPr/>
        <w:t>90.01-9/05 — Produção de espetáculos de rodeios, vaquejadas e similares;</w:t>
      </w:r>
    </w:p>
    <w:p>
      <w:pPr>
        <w:pStyle w:val="Normal"/>
        <w:ind w:start="1417"/>
        <w:rPr/>
      </w:pPr>
      <w:r>
        <w:rPr/>
        <w:t>90.01-9/06 — Atividades de sonorização e de iluminação;</w:t>
      </w:r>
    </w:p>
    <w:p>
      <w:pPr>
        <w:pStyle w:val="Normal"/>
        <w:ind w:start="1417"/>
        <w:rPr/>
      </w:pPr>
      <w:r>
        <w:rPr/>
        <w:t>90.01-9/99 — Artes cênicas, espetáculos e atividades complementares não especificadas anteriormente;</w:t>
      </w:r>
    </w:p>
    <w:p>
      <w:pPr>
        <w:pStyle w:val="Normal"/>
        <w:ind w:start="1417"/>
        <w:rPr/>
      </w:pPr>
      <w:r>
        <w:rPr/>
        <w:t>90.02-7/01 — Atividades de artistas plásticos, jornalistas independentes e escritores;</w:t>
      </w:r>
    </w:p>
    <w:p>
      <w:pPr>
        <w:pStyle w:val="Normal"/>
        <w:ind w:start="1417"/>
        <w:rPr/>
      </w:pPr>
      <w:r>
        <w:rPr/>
        <w:t>90.03-5/00 — Gestão de espaços para artes cênicas, espetáculos e outras atividades artísticas;</w:t>
      </w:r>
    </w:p>
    <w:p>
      <w:pPr>
        <w:pStyle w:val="Normal"/>
        <w:ind w:start="1417"/>
        <w:rPr/>
      </w:pPr>
      <w:r>
        <w:rPr/>
        <w:t>93.29-8/99 — Atividades de recreação e lazer não especificadas anteriormente.</w:t>
      </w:r>
    </w:p>
    <w:p>
      <w:pPr>
        <w:pStyle w:val="Normal"/>
        <w:ind w:firstLine="709"/>
        <w:jc w:val="both"/>
        <w:rPr/>
      </w:pPr>
      <w:r>
        <w:rPr/>
        <w:t>Parágrafo único. Para todos os fins, em especial para a celebração de parcerias e o recebimento de recursos destinados à proteção de interesses difusos e coletivos, declara-se que as finalidades institucionais do Sindicato incluem a defesa do direito difuso à informação de qualidade, à integridade do debate público e à higidez do processo democrático e eleitoral, promovida por meio do enfrentamento à desinformação, da verificação de fatos de interesse público e da educação midiática, sempre com observância da autonomia técnica e editorial e da vedação do art. 3º.</w:t>
      </w:r>
    </w:p>
    <w:p>
      <w:pPr>
        <w:pStyle w:val="Normal"/>
        <w:ind w:firstLine="709"/>
        <w:jc w:val="both"/>
        <w:rPr/>
      </w:pPr>
      <w:r>
        <w:rPr/>
        <w:t>Art. 3º. O Sindicato não se envolverá em atividades político-partidárias nem religiosas por serem estranhas à sua natureza e às finalidades.</w:t>
      </w:r>
    </w:p>
    <w:p>
      <w:pPr>
        <w:pStyle w:val="Normal"/>
        <w:ind w:firstLine="709"/>
        <w:jc w:val="both"/>
        <w:rPr>
          <w:color w:val="EE0000"/>
        </w:rPr>
      </w:pPr>
      <w:r>
        <w:rPr/>
        <w:t>Art. 4º. O Sindicato incentivará a formação de Cooperativas de Trabalho, de Produção, de Crédito e de outros modelos associativos, podendo, inclusive, delas participar com subscrições de capital e para as quais designará diretor(es) ou representante(s) que integrem quadros decisórios expressando interesses próprios da categoria até a participação de resultados na proporção do investimento.</w:t>
      </w:r>
    </w:p>
    <w:p>
      <w:pPr>
        <w:pStyle w:val="Normal"/>
        <w:ind w:firstLine="709"/>
        <w:jc w:val="both"/>
        <w:rPr/>
      </w:pPr>
      <w:r>
        <w:t>Art. 5º. O Sindicato poderá contratar, mediante aprovação da diretoria colegiada, operações de crédito, financiamento, outros meios de captação levando em consideração a proporcionalidade com o patrimônio e cuja liquidação ocorra dentro do próprio mandato.</w:t>
      </w:r>
    </w:p>
    <w:p>
      <w:pPr>
        <w:pStyle w:val="Normal"/>
        <w:ind w:firstLine="709"/>
        <w:jc w:val="both"/>
        <w:rPr/>
      </w:pPr>
      <w:r>
        <w:t>Parágrafo único. A contratação prevista neste artigo depende de aprovação da maioria dos membros da Diretoria Colegiada e de prévio aval do Conselho Fiscal.</w:t>
      </w:r>
    </w:p>
    <w:p>
      <w:pPr>
        <w:pStyle w:val="Normal"/>
        <w:ind w:firstLine="709"/>
        <w:jc w:val="both"/>
        <w:rPr/>
      </w:pPr>
      <w:r>
        <w:rPr/>
        <w:t>Art. 5º-A. O Sindicato poderá participar de processos de contratação pública, em quaisquer modalidades, bem como de chamamentos públicos, e celebrar contratos administrativos, termos de referência, atas de registro de preços, termos de colaboração, de fomento, de cooperação e instrumentos congêneres com órgãos e entidades da administração pública, direta e indireta, de qualquer ente federativo, para a prestação de serviços técnicos compatíveis com suas finalidades estatutárias, observados a autonomia sindical, a vedação do art. 3º e os princípios da publicidade, da economicidade, da impessoalidade e da prestação de contas.</w:t>
      </w:r>
    </w:p>
    <w:p>
      <w:pPr>
        <w:pStyle w:val="Normal"/>
        <w:spacing w:before="360" w:after="160"/>
        <w:jc w:val="center"/>
        <w:rPr/>
      </w:pPr>
      <w:r>
        <w:rPr>
          <w:b/>
          <w:sz w:val="26"/>
        </w:rPr>
        <w:t>TÍTULO II — DOS SINDICALIZADOS</w:t>
      </w:r>
    </w:p>
    <w:p>
      <w:pPr>
        <w:pStyle w:val="Normal"/>
        <w:spacing w:before="240" w:after="120"/>
        <w:jc w:val="center"/>
        <w:rPr/>
      </w:pPr>
      <w:r>
        <w:rPr>
          <w:b/>
          <w:sz w:val="24"/>
        </w:rPr>
        <w:t>CAPÍTULO I — DA SINDICALIZAÇÃO</w:t>
      </w:r>
    </w:p>
    <w:p>
      <w:pPr>
        <w:pStyle w:val="Normal"/>
        <w:ind w:firstLine="709"/>
        <w:jc w:val="both"/>
        <w:rPr/>
      </w:pPr>
      <w:r>
        <w:rPr/>
        <w:t>Art. 6º. Todo jornalista profissional que resida ou atue em Mato Grosso terá o direito de associar-se ao Sindicato dos Jornalistas de Mato Grosso, satisfeitas as exigências legais e deste estatuto, sempre observado o seguinte critério:</w:t>
      </w:r>
    </w:p>
    <w:p>
      <w:pPr>
        <w:pStyle w:val="Normal"/>
        <w:ind w:firstLine="425" w:start="283"/>
        <w:jc w:val="both"/>
        <w:rPr/>
      </w:pPr>
      <w:r>
        <w:rPr/>
        <w:t>Parágrafo Único. Não ser proprietário de empresa de comunicação com número de empregados jornalistas, permanentes ou temporários, superior a um.</w:t>
      </w:r>
    </w:p>
    <w:p>
      <w:pPr>
        <w:pStyle w:val="Normal"/>
        <w:ind w:firstLine="709"/>
        <w:jc w:val="both"/>
        <w:rPr/>
      </w:pPr>
      <w:r>
        <w:rPr/>
        <w:t>Art. 7º. O quadro social do Sindicato é constituído pelas seguintes categorias de associados:</w:t>
      </w:r>
    </w:p>
    <w:p>
      <w:pPr>
        <w:pStyle w:val="Normal"/>
        <w:ind w:firstLine="425" w:start="283"/>
        <w:jc w:val="both"/>
        <w:rPr/>
      </w:pPr>
      <w:r>
        <w:rPr/>
        <w:t>I — Jornalista Profissional (Sócio Efetivo): profissionais regularmente registrados, atuantes no Estado de Mato Grosso, com ou sem vínculo empregatício, com plenos direitos estatutários, inclusive o de votar e ser votado;</w:t>
      </w:r>
    </w:p>
    <w:p>
      <w:pPr>
        <w:pStyle w:val="Normal"/>
        <w:ind w:firstLine="425" w:start="283"/>
        <w:jc w:val="both"/>
        <w:rPr/>
      </w:pPr>
      <w:r>
        <w:t>II — Jornalista Aposentado: profissionais aposentados que mantenham vínculo de identificação com a categoria, preservado o direito de votar e ser votado, com contribuição reduzida ou isenção na forma do art. 8º-A deste estatuto;</w:t>
      </w:r>
    </w:p>
    <w:p>
      <w:pPr>
        <w:pStyle w:val="Normal"/>
        <w:ind w:firstLine="425" w:start="283"/>
        <w:jc w:val="both"/>
        <w:rPr/>
      </w:pPr>
      <w:r>
        <w:t>III — Associado Estudante (Aspirante): estudantes de Jornalismo matriculados em curso superior reconhecido, com direito a voz e participação em atividades, sem direito a voto deliberativo, com contribuição reduzida na forma do art. 8º-A deste estatuto;</w:t>
      </w:r>
    </w:p>
    <w:p>
      <w:pPr>
        <w:pStyle w:val="Normal"/>
        <w:ind w:firstLine="709"/>
        <w:jc w:val="both"/>
        <w:rPr/>
      </w:pPr>
      <w:r>
        <w:t>Art. 8º. A sindicalização será realizada por meio de sistema eletrônico disponibilizado pelo Sindicato, mediante preenchimento do formulário de filiação e envio digital dos documentos exigidos.</w:t>
      </w:r>
    </w:p>
    <w:p>
      <w:pPr>
        <w:pStyle w:val="Normal"/>
        <w:ind w:start="850"/>
        <w:jc w:val="both"/>
        <w:rPr/>
      </w:pPr>
      <w:r>
        <w:t>§ 1º. O candidato deverá fornecer seus dados pessoais e anexar, em formato digital, os seguintes documentos:</w:t>
      </w:r>
    </w:p>
    <w:p>
      <w:pPr>
        <w:pStyle w:val="Normal"/>
        <w:ind w:start="850"/>
        <w:jc w:val="both"/>
        <w:rPr/>
      </w:pPr>
      <w:r>
        <w:t>a) documento de identificação civil com foto;</w:t>
      </w:r>
    </w:p>
    <w:p>
      <w:pPr>
        <w:pStyle w:val="Normal"/>
        <w:ind w:start="850"/>
        <w:jc w:val="both"/>
        <w:rPr/>
      </w:pPr>
      <w:r>
        <w:t>b) prova do registro profissional emitido pelo Ministério do Trabalho e Emprego – MTE, ou órgão sucessor competente, quando exigido pela legislação vigente;</w:t>
      </w:r>
    </w:p>
    <w:p>
      <w:pPr>
        <w:pStyle w:val="Normal"/>
        <w:ind w:start="850"/>
        <w:jc w:val="both"/>
        <w:rPr/>
      </w:pPr>
      <w:r>
        <w:t>c) comprovante do exercício profissional, quando necessário para enquadramento na categoria;</w:t>
      </w:r>
    </w:p>
    <w:p>
      <w:pPr>
        <w:pStyle w:val="Normal"/>
        <w:ind w:start="850"/>
        <w:jc w:val="both"/>
        <w:rPr/>
      </w:pPr>
      <w:r>
        <w:t>d) fotografia digital recente, em formato compatível com o sistema de cadastro;</w:t>
      </w:r>
    </w:p>
    <w:p>
      <w:pPr>
        <w:pStyle w:val="Normal"/>
        <w:ind w:start="850"/>
        <w:jc w:val="both"/>
        <w:rPr/>
      </w:pPr>
      <w:r>
        <w:t>e) diploma, certificado de conclusão de curso de Comunicação Social/Jornalismo ou documento equivalente que comprove a habilitação profissional, quando aplicável.</w:t>
      </w:r>
    </w:p>
    <w:p>
      <w:pPr>
        <w:pStyle w:val="Normal"/>
        <w:ind w:start="850"/>
        <w:jc w:val="both"/>
        <w:rPr/>
      </w:pPr>
      <w:r>
        <w:t>§ 2º. A Diretoria poderá solicitar documentos complementares ou a apresentação dos originais para conferência, sempre que necessário à validação das informações prestadas.</w:t>
      </w:r>
    </w:p>
    <w:p>
      <w:pPr>
        <w:pStyle w:val="Normal"/>
        <w:ind w:start="850"/>
        <w:jc w:val="both"/>
        <w:rPr/>
      </w:pPr>
      <w:r>
        <w:t>§ 3º. O envio da documentação por meio eletrônico e a confirmação do cadastro no sistema equivalem à assinatura do requerimento de filiação.</w:t>
      </w:r>
    </w:p>
    <w:p>
      <w:pPr>
        <w:pStyle w:val="Normal"/>
        <w:ind w:start="850"/>
        <w:jc w:val="both"/>
        <w:rPr/>
      </w:pPr>
      <w:r>
        <w:t>Art. 8º-A. A mensalidade associativa do Sindicato será definida anualmente na Assembleia Geral Ordinária que aprova a Proposta Orçamentária Anual.</w:t>
      </w:r>
    </w:p>
    <w:p>
      <w:pPr>
        <w:pStyle w:val="Normal"/>
        <w:ind w:start="850"/>
        <w:jc w:val="both"/>
        <w:rPr/>
      </w:pPr>
      <w:r>
        <w:t>§ 1º. O Jornalista Aposentado pagará mensalidade de, no máximo, 50% (cinquenta por cento) do valor normal, a partir do mês em que comprovar a aposentadoria, desde que solicite a redução, por escrito, à Secretaria do Sindicato.</w:t>
      </w:r>
    </w:p>
    <w:p>
      <w:pPr>
        <w:pStyle w:val="Normal"/>
        <w:ind w:start="850"/>
        <w:jc w:val="both"/>
        <w:rPr/>
      </w:pPr>
      <w:r>
        <w:t>§ 2º. O associado aposentado que comprove a concessão de aposentadoria poderá solicitar a isenção do pagamento da mensalidade, desde que tenha permanecido associado por período mínimo de 5 (cinco) anos.</w:t>
      </w:r>
    </w:p>
    <w:p>
      <w:pPr>
        <w:pStyle w:val="Normal"/>
        <w:ind w:start="850"/>
        <w:jc w:val="both"/>
        <w:rPr/>
      </w:pPr>
      <w:r>
        <w:t>§ 3º. O Associado Estudante (Aspirante) pagará mensalidade equivalente a 25% (vinte e cinco por cento) do valor vigente da contribuição associativa.</w:t>
      </w:r>
    </w:p>
    <w:p>
      <w:pPr>
        <w:pStyle w:val="Normal"/>
        <w:ind w:start="850"/>
        <w:jc w:val="both"/>
        <w:rPr/>
      </w:pPr>
      <w:r>
        <w:t>§ 4º. Os membros da Diretoria do Sindicato, enquanto no exercício do mandato, ficam isentos do pagamento da mensalidade associativa, podendo contribuir com a entidade na forma de doação regular ou esporádica.</w:t>
      </w:r>
    </w:p>
    <w:p>
      <w:pPr>
        <w:pStyle w:val="Normal"/>
        <w:ind w:start="850"/>
        <w:jc w:val="both"/>
        <w:rPr/>
      </w:pPr>
      <w:r>
        <w:t>§ 5º. Os associados aposentados isentos também poderão contribuir com o Sindicato na forma de doação regular ou esporádica.</w:t>
      </w:r>
    </w:p>
    <w:p>
      <w:pPr>
        <w:pStyle w:val="Normal"/>
        <w:ind w:start="850"/>
        <w:jc w:val="both"/>
        <w:rPr/>
      </w:pPr>
      <w:r>
        <w:t>§ 6º. O sindicalizado comprovadamente desempregado e sem renda profissional terá direito a anistia do pagamento das mensalidades pelo período de 1 (um) ano, a contar de solicitação por escrito ao Sindicato, mantidos todos os direitos de associado durante a anistia.</w:t>
      </w:r>
    </w:p>
    <w:p>
      <w:pPr>
        <w:pStyle w:val="Normal"/>
        <w:ind w:start="850"/>
        <w:jc w:val="both"/>
        <w:rPr/>
      </w:pPr>
      <w:r>
        <w:t>§ 7º. Ao final do período de 1 (um) ano de anistia, o sindicalizado deverá pagar ao menos 1 (uma) mensalidade para poder solicitar novo período de anistia.</w:t>
      </w:r>
    </w:p>
    <w:p>
      <w:pPr>
        <w:pStyle w:val="Normal"/>
        <w:ind w:start="850"/>
        <w:jc w:val="both"/>
        <w:rPr/>
      </w:pPr>
      <w:r>
        <w:t>§ 8º. Cada sindicalizado terá direito a, no máximo, 2 (dois) períodos de anistia a cada 5 (cinco) anos.</w:t>
      </w:r>
    </w:p>
    <w:p>
      <w:pPr>
        <w:pStyle w:val="Normal"/>
        <w:spacing w:before="240" w:after="120"/>
        <w:jc w:val="center"/>
        <w:rPr/>
      </w:pPr>
      <w:r>
        <w:rPr>
          <w:b/>
          <w:sz w:val="24"/>
        </w:rPr>
        <w:t>CAPÍTULO II — DOS DIREITOS DOS SINDICALIZADOS</w:t>
      </w:r>
    </w:p>
    <w:p>
      <w:pPr>
        <w:pStyle w:val="Normal"/>
        <w:ind w:firstLine="709"/>
        <w:jc w:val="both"/>
        <w:rPr/>
      </w:pPr>
      <w:r>
        <w:rPr/>
        <w:t>Art. 9º. São direitos dos sindicalizados:</w:t>
      </w:r>
    </w:p>
    <w:p>
      <w:pPr>
        <w:pStyle w:val="Normal"/>
        <w:ind w:start="850"/>
        <w:jc w:val="both"/>
        <w:rPr/>
      </w:pPr>
      <w:r>
        <w:rPr/>
        <w:t>a) convocar justificadamente, com o apoio escrito de no mínimo 1/5 (um quinto) dos sindicalizados quites, a Assembleia Geral Extraordinária;</w:t>
      </w:r>
    </w:p>
    <w:p>
      <w:pPr>
        <w:pStyle w:val="Normal"/>
        <w:ind w:start="850"/>
        <w:jc w:val="both"/>
        <w:rPr/>
      </w:pPr>
      <w:r>
        <w:rPr/>
        <w:t>b) ter acesso, mediante solicitação prévia à Diretoria, aos livros de ata e contábeis da Entidade;</w:t>
      </w:r>
    </w:p>
    <w:p>
      <w:pPr>
        <w:pStyle w:val="Normal"/>
        <w:ind w:start="850"/>
        <w:jc w:val="both"/>
        <w:rPr/>
      </w:pPr>
      <w:r>
        <w:rPr/>
        <w:t>c) recorrer à instância competente, no prazo de 30 (trinta) dias, contra ato lesivo a este Sindicato, emanado de qualquer de seus Departamentos;</w:t>
      </w:r>
    </w:p>
    <w:p>
      <w:pPr>
        <w:pStyle w:val="Normal"/>
        <w:ind w:start="850"/>
        <w:jc w:val="both"/>
        <w:rPr/>
      </w:pPr>
      <w:r>
        <w:rPr/>
        <w:t>d) recorrer a todas as instâncias da Entidade, por escrito, solicitando quaisquer medidas que entenda apropriadas, tanto em relação à conduta e postura de diretores, quanto em relação às próprias atividades desenvolvidas pela Entidade;</w:t>
      </w:r>
    </w:p>
    <w:p>
      <w:pPr>
        <w:pStyle w:val="Normal"/>
        <w:ind w:start="850"/>
        <w:jc w:val="both"/>
        <w:rPr/>
      </w:pPr>
      <w:r>
        <w:rPr/>
        <w:t>e) participar das reuniões ordinárias e extraordinárias da Diretoria, com direito a voz e sem direito a voto;</w:t>
      </w:r>
    </w:p>
    <w:p>
      <w:pPr>
        <w:pStyle w:val="Normal"/>
        <w:ind w:start="850"/>
        <w:jc w:val="both"/>
        <w:rPr/>
      </w:pPr>
      <w:r>
        <w:rPr/>
        <w:t>f) utilizar todas as dependências do Sindicato para as atividades previstas neste estatuto, obedecidas as programações sociais;</w:t>
      </w:r>
    </w:p>
    <w:p>
      <w:pPr>
        <w:pStyle w:val="Normal"/>
        <w:ind w:start="850"/>
        <w:jc w:val="both"/>
        <w:rPr/>
      </w:pPr>
      <w:r>
        <w:t>g) as assistências social e recreativa do Sindicato dos Jornalistas são extensivas aos familiares dos sindicalizados;</w:t>
      </w:r>
    </w:p>
    <w:p>
      <w:pPr>
        <w:pStyle w:val="Normal"/>
        <w:ind w:start="850"/>
        <w:jc w:val="both"/>
        <w:rPr/>
      </w:pPr>
      <w:r>
        <w:rPr/>
        <w:t>h) tomar parte, votar e ser votado nas Assembleias Gerais e nas eleições do Sindicato, nas condições estipuladas neste Estatuto;</w:t>
      </w:r>
    </w:p>
    <w:p>
      <w:pPr>
        <w:pStyle w:val="Normal"/>
        <w:ind w:start="850"/>
        <w:jc w:val="both"/>
        <w:rPr/>
      </w:pPr>
      <w:r>
        <w:rPr/>
        <w:t>i) gozar de todos os benefícios e vantagens possibilitados pelo Sindicato.</w:t>
      </w:r>
    </w:p>
    <w:p>
      <w:pPr>
        <w:pStyle w:val="Normal"/>
        <w:ind w:firstLine="425" w:start="283"/>
        <w:jc w:val="both"/>
        <w:rPr/>
      </w:pPr>
      <w:r>
        <w:t>§ 1º. O sindicalizado que for proprietário de empresa de comunicação com número de empregados jornalistas, permanentes ou temporários, superior a um — hipótese vedada pelo parágrafo único do art. 6º — será suspenso dos seus direitos e deveres enquanto permanecer nessa condição.</w:t>
      </w:r>
    </w:p>
    <w:p>
      <w:pPr>
        <w:pStyle w:val="Normal"/>
        <w:ind w:firstLine="425" w:start="283"/>
        <w:jc w:val="both"/>
        <w:rPr/>
      </w:pPr>
      <w:r>
        <w:rPr/>
        <w:t>§ 2º. Só terá direito a voto e ser votado nas Assembleias Ordinárias e Extraordinárias o sindicalizado que não estiver em débito com a entidade, observados os arts. 63 e 63-A deste estatuto para a regularidade contributiva.</w:t>
      </w:r>
    </w:p>
    <w:p>
      <w:pPr>
        <w:pStyle w:val="Normal"/>
        <w:spacing w:before="240" w:after="120"/>
        <w:jc w:val="center"/>
        <w:rPr/>
      </w:pPr>
      <w:r>
        <w:rPr>
          <w:b/>
          <w:sz w:val="24"/>
        </w:rPr>
        <w:t>CAPÍTULO III — DOS DEVERES DOS SINDICALIZADOS</w:t>
      </w:r>
    </w:p>
    <w:p>
      <w:pPr>
        <w:pStyle w:val="Normal"/>
        <w:ind w:firstLine="709"/>
        <w:jc w:val="both"/>
        <w:rPr/>
      </w:pPr>
      <w:r>
        <w:rPr/>
        <w:t>Art. 10. São deveres dos sindicalizados:</w:t>
      </w:r>
    </w:p>
    <w:p>
      <w:pPr>
        <w:pStyle w:val="Normal"/>
        <w:ind w:start="850"/>
        <w:jc w:val="both"/>
        <w:rPr/>
      </w:pPr>
      <w:r>
        <w:t>a) acatar o presente estatuto, bem como as deliberações das Assembleias Gerais, as orientações e resoluções dos Congressos Estaduais e as decisões da categoria;</w:t>
      </w:r>
    </w:p>
    <w:p>
      <w:pPr>
        <w:pStyle w:val="Normal"/>
        <w:ind w:start="850"/>
        <w:jc w:val="both"/>
        <w:rPr/>
      </w:pPr>
      <w:r>
        <w:rPr/>
        <w:t>b) zelar pelo patrimônio moral, material e cultural do Sindicato;</w:t>
      </w:r>
    </w:p>
    <w:p>
      <w:pPr>
        <w:pStyle w:val="Normal"/>
        <w:ind w:start="850"/>
        <w:jc w:val="both"/>
        <w:rPr/>
      </w:pPr>
      <w:r>
        <w:rPr/>
        <w:t>c) comunicar ao Sindicato mudanças de emprego e alteração de endereço;</w:t>
      </w:r>
    </w:p>
    <w:p>
      <w:pPr>
        <w:pStyle w:val="Normal"/>
        <w:ind w:start="850"/>
        <w:jc w:val="both"/>
        <w:rPr/>
      </w:pPr>
      <w:r>
        <w:rPr/>
        <w:t>d) desempenhar as funções para as quais for escolhido;</w:t>
      </w:r>
    </w:p>
    <w:p>
      <w:pPr>
        <w:pStyle w:val="Normal"/>
        <w:ind w:start="850"/>
        <w:jc w:val="both"/>
        <w:rPr/>
      </w:pPr>
      <w:r>
        <w:rPr/>
        <w:t>e) pugnar pela prevalência das atividades e prerrogativas sindicais nos locais de trabalho;</w:t>
      </w:r>
    </w:p>
    <w:p>
      <w:pPr>
        <w:pStyle w:val="Normal"/>
        <w:ind w:start="850"/>
        <w:jc w:val="both"/>
        <w:rPr/>
      </w:pPr>
      <w:r>
        <w:rPr/>
        <w:t>f) propugnar o espírito associativo, colaborar com o Sindicato no trabalho de unir e fortalecer a categoria profissional;</w:t>
      </w:r>
    </w:p>
    <w:p>
      <w:pPr>
        <w:pStyle w:val="Normal"/>
        <w:ind w:start="850"/>
        <w:jc w:val="both"/>
        <w:rPr/>
      </w:pPr>
      <w:r>
        <w:rPr/>
        <w:t>g) não tomar deliberações de interesse da categoria sem o prévio pronunciamento do Sindicato, caso fira a competência deste e incorra em prejuízo para a categoria;</w:t>
      </w:r>
    </w:p>
    <w:p>
      <w:pPr>
        <w:pStyle w:val="Normal"/>
        <w:ind w:start="850"/>
        <w:jc w:val="both"/>
        <w:rPr/>
      </w:pPr>
      <w:r>
        <w:rPr/>
        <w:t>h) zelar para que o exercício da profissão seja dirigido na defesa dos interesses coletivos e contribuir para o fortalecimento das relações éticas de trabalho;</w:t>
      </w:r>
    </w:p>
    <w:p>
      <w:pPr>
        <w:pStyle w:val="Normal"/>
        <w:ind w:start="850"/>
        <w:jc w:val="both"/>
        <w:rPr/>
      </w:pPr>
      <w:r>
        <w:rPr/>
        <w:t>i) nas causas judiciais encaminhadas diretamente pelo Sindicato, pagar uma taxa de 10% (dez por cento) sobre as vantagens pecuniárias auferidas;</w:t>
      </w:r>
    </w:p>
    <w:p>
      <w:pPr>
        <w:pStyle w:val="Normal"/>
        <w:ind w:start="850"/>
        <w:jc w:val="both"/>
        <w:rPr/>
      </w:pPr>
      <w:r>
        <w:rPr/>
        <w:t>j) agir profissionalmente em conformidade com a legislação em vigor e o Código de Ética dos Jornalistas Brasileiros.</w:t>
      </w:r>
    </w:p>
    <w:p>
      <w:pPr>
        <w:pStyle w:val="Normal"/>
        <w:spacing w:before="240" w:after="120"/>
        <w:jc w:val="center"/>
        <w:rPr/>
      </w:pPr>
      <w:r>
        <w:rPr>
          <w:b/>
          <w:sz w:val="24"/>
        </w:rPr>
        <w:t>CAPÍTULO IV — DAS FALTAS, DAS PENALIDADES E DO PROCEDIMENTO</w:t>
      </w:r>
    </w:p>
    <w:p>
      <w:pPr>
        <w:pStyle w:val="Normal"/>
        <w:spacing w:before="160" w:after="80"/>
        <w:jc w:val="center"/>
        <w:rPr/>
      </w:pPr>
      <w:r>
        <w:rPr>
          <w:b/>
          <w:i/>
        </w:rPr>
        <w:t>SEÇÃO I — DAS FALTAS E DAS PENAS</w:t>
      </w:r>
    </w:p>
    <w:p>
      <w:pPr>
        <w:pStyle w:val="Normal"/>
        <w:ind w:firstLine="709"/>
        <w:jc w:val="both"/>
        <w:rPr/>
      </w:pPr>
      <w:r>
        <w:rPr/>
        <w:t>Art. 11. Constituem faltas leves as seguintes condutas:</w:t>
      </w:r>
    </w:p>
    <w:p>
      <w:pPr>
        <w:pStyle w:val="Normal"/>
        <w:ind w:start="850"/>
        <w:jc w:val="both"/>
        <w:rPr/>
      </w:pPr>
      <w:r>
        <w:rPr/>
        <w:t>a) praticar atos que possam perturbar ou dificultar a vida do Sindicato, através da prática de atos que atentem contra este estatuto e contra a categoria;</w:t>
      </w:r>
    </w:p>
    <w:p>
      <w:pPr>
        <w:pStyle w:val="Normal"/>
        <w:ind w:start="850"/>
        <w:jc w:val="both"/>
        <w:rPr/>
      </w:pPr>
      <w:r>
        <w:rPr/>
        <w:t>b) desacatar ou ofender a Assembleia Geral, a Diretoria ou qualquer órgão deliberativo do Sindicato ou a qualquer sindicalizado;</w:t>
      </w:r>
    </w:p>
    <w:p>
      <w:pPr>
        <w:pStyle w:val="Normal"/>
        <w:ind w:start="850"/>
        <w:jc w:val="both"/>
        <w:rPr/>
      </w:pPr>
      <w:r>
        <w:rPr/>
        <w:t>c) agir contra os interesses da categoria ou do Sindicato.</w:t>
      </w:r>
    </w:p>
    <w:p>
      <w:pPr>
        <w:pStyle w:val="Normal"/>
        <w:ind w:firstLine="425" w:start="283"/>
        <w:jc w:val="both"/>
        <w:rPr/>
      </w:pPr>
      <w:r>
        <w:rPr/>
        <w:t>Parágrafo Único. Às condutas definidas neste artigo será aplicada a pena de advertência escrita.</w:t>
      </w:r>
    </w:p>
    <w:p>
      <w:pPr>
        <w:pStyle w:val="Normal"/>
        <w:ind w:firstLine="709"/>
        <w:jc w:val="both"/>
        <w:rPr/>
      </w:pPr>
      <w:r>
        <w:rPr/>
        <w:t>Art. 12. Constituem faltas graves as seguintes condutas:</w:t>
      </w:r>
    </w:p>
    <w:p>
      <w:pPr>
        <w:pStyle w:val="Normal"/>
        <w:ind w:start="850"/>
        <w:jc w:val="both"/>
        <w:rPr/>
      </w:pPr>
      <w:r>
        <w:rPr/>
        <w:t>a) praticar atos lesivos ao Sindicato e à categoria profissional, cometidos contra o patrimônio moral, material ou cultural do Sindicato;</w:t>
      </w:r>
    </w:p>
    <w:p>
      <w:pPr>
        <w:pStyle w:val="Normal"/>
        <w:ind w:start="850"/>
        <w:jc w:val="both"/>
        <w:rPr/>
      </w:pPr>
      <w:r>
        <w:rPr/>
        <w:t>b) agir contra os interesses da categoria ou do Sindicato através de atos ilícitos;</w:t>
      </w:r>
    </w:p>
    <w:p>
      <w:pPr>
        <w:pStyle w:val="Normal"/>
        <w:ind w:start="850"/>
        <w:jc w:val="both"/>
        <w:rPr/>
      </w:pPr>
      <w:r>
        <w:rPr/>
        <w:t>c) atrasar, sem motivo justificado, mais de seis meses no pagamento das mensalidades sindicais, salvo em caso de desemprego ou enfermidade comprovada, por mais de 30 (trinta) dias, ou invalidez e prestação de serviço militar obrigatório, casos esses em que se aplica a isenção prevista neste estatuto, ou ainda, em casos extraordinários a serem analisados pela Diretoria;</w:t>
      </w:r>
    </w:p>
    <w:p>
      <w:pPr>
        <w:pStyle w:val="Normal"/>
        <w:ind w:start="850"/>
        <w:jc w:val="both"/>
        <w:rPr/>
      </w:pPr>
      <w:r>
        <w:rPr/>
        <w:t>d) transgredir o Código de Ética do SINDJOR/MT.</w:t>
      </w:r>
    </w:p>
    <w:p>
      <w:pPr>
        <w:pStyle w:val="Normal"/>
        <w:ind w:firstLine="425" w:start="283"/>
        <w:jc w:val="both"/>
        <w:rPr/>
      </w:pPr>
      <w:r>
        <w:rPr/>
        <w:t>§ 1º. Será aplicada a pena de exclusão do quadro de associados do Sindicato nas transgressões previstas neste artigo.</w:t>
      </w:r>
    </w:p>
    <w:p>
      <w:pPr>
        <w:pStyle w:val="Normal"/>
        <w:ind w:firstLine="425" w:start="283"/>
        <w:jc w:val="both"/>
        <w:rPr/>
      </w:pPr>
      <w:r>
        <w:rPr/>
        <w:t>§ 2º. Quando a falta envolver procedimento ético, a Diretoria Colegiada solicitará parecer da Comissão de Ética antes de decidir pela punição, observado o procedimento do Anexo I deste Estatuto.</w:t>
      </w:r>
    </w:p>
    <w:p>
      <w:pPr>
        <w:pStyle w:val="Normal"/>
        <w:ind w:firstLine="709"/>
        <w:jc w:val="both"/>
        <w:rPr/>
      </w:pPr>
      <w:r>
        <w:rPr/>
        <w:t>Art. 13. Deverá o Colegiado conceder ao sindicalizado a defesa, verbal e escrita, havendo sempre direito de recurso, em caso de faltas graves, contra qualquer penalidade, à Assembleia Geral, no prazo de 15 (quinze) dias a contar da comunicação oficial feita por escrito ao penalizado e à Comissão de Ética quando envolver procedimento ético, com igual prazo, na forma do Anexo I.</w:t>
      </w:r>
    </w:p>
    <w:p>
      <w:pPr>
        <w:pStyle w:val="Normal"/>
        <w:ind w:firstLine="709"/>
        <w:jc w:val="both"/>
        <w:rPr/>
      </w:pPr>
      <w:r>
        <w:rPr/>
        <w:t>Art. 14. Os sindicalizados punidos com sua eliminação dos quadros do Sindicato poderão reingressar no quadro social, desde que reabilitados pela Assembleia Geral ou liquidados os seus débitos se for o caso, renovada a prova de atividade profissional e com novo número de matrícula.</w:t>
      </w:r>
    </w:p>
    <w:p>
      <w:pPr>
        <w:pStyle w:val="Normal"/>
        <w:ind w:firstLine="425" w:start="283"/>
        <w:jc w:val="both"/>
        <w:rPr/>
      </w:pPr>
      <w:r>
        <w:rPr/>
        <w:t>Parágrafo Único. Perde o direito de ser reabilitado ao quadro de sindicalizados o jornalista punido com exclusão pela Assembleia Geral por condutas que atentem contra este Estatuto e/ou o Código de Ética, após processo administrativo sindical.</w:t>
      </w:r>
    </w:p>
    <w:p>
      <w:pPr>
        <w:pStyle w:val="Normal"/>
        <w:spacing w:before="360" w:after="160"/>
        <w:jc w:val="center"/>
        <w:rPr/>
      </w:pPr>
      <w:r>
        <w:rPr>
          <w:b/>
          <w:sz w:val="26"/>
        </w:rPr>
        <w:t>TÍTULO III — DA ADMINISTRAÇÃO</w:t>
      </w:r>
    </w:p>
    <w:p>
      <w:pPr>
        <w:pStyle w:val="Normal"/>
        <w:spacing w:before="240" w:after="120"/>
        <w:jc w:val="center"/>
        <w:rPr/>
      </w:pPr>
      <w:r>
        <w:rPr>
          <w:b/>
          <w:sz w:val="24"/>
        </w:rPr>
        <w:t>CAPÍTULO I — DA ASSEMBLEIA GERAL</w:t>
      </w:r>
    </w:p>
    <w:p>
      <w:pPr>
        <w:pStyle w:val="Normal"/>
        <w:ind w:firstLine="709"/>
        <w:jc w:val="both"/>
        <w:rPr/>
      </w:pPr>
      <w:r>
        <w:rPr/>
        <w:t>Art. 15. A Assembleia Geral é órgão deliberativo e soberano do Sindicato dos Jornalistas.</w:t>
      </w:r>
    </w:p>
    <w:p>
      <w:pPr>
        <w:pStyle w:val="Normal"/>
        <w:ind w:firstLine="425" w:start="283"/>
        <w:jc w:val="both"/>
        <w:rPr/>
      </w:pPr>
      <w:r>
        <w:rPr/>
        <w:t>§ 1º. Na ausência de disposição diversa e específica, o quórum para deliberação das Assembleias Gerais será sempre por maioria simples dos sindicalizados regulares presentes.</w:t>
      </w:r>
    </w:p>
    <w:p>
      <w:pPr>
        <w:pStyle w:val="Normal"/>
        <w:ind w:firstLine="425" w:start="283"/>
        <w:jc w:val="both"/>
        <w:rPr/>
      </w:pPr>
      <w:r>
        <w:rPr/>
        <w:t>§ 2º. A Assembleia Geral será convocada, através de boletins, edital e/ou cartazes publicados com antecedência mínima de 48 (quarenta e oito) horas, na base territorial do Sindicato, garantindo-se a mais ampla divulgação na categoria, com fixação de cópias e/ou avisos na sede do Sindicato e nos locais de trabalho, admitida a divulgação complementar pelos meios eletrônicos institucionais.</w:t>
      </w:r>
    </w:p>
    <w:p>
      <w:pPr>
        <w:pStyle w:val="Normal"/>
        <w:ind w:firstLine="425" w:start="283"/>
        <w:jc w:val="both"/>
        <w:rPr/>
      </w:pPr>
      <w:r>
        <w:rPr/>
        <w:t>§ 3º. As Assembleias Gerais poderão ser realizadas em formato presencial, virtual ou híbrido, desde que garantida a participação efetiva, o direito de voz, o sigilo do voto quando exigido e a possibilidade de verificação de quórum.</w:t>
      </w:r>
    </w:p>
    <w:p>
      <w:pPr>
        <w:pStyle w:val="Normal"/>
        <w:ind w:firstLine="709"/>
        <w:jc w:val="both"/>
        <w:rPr/>
      </w:pPr>
      <w:r>
        <w:rPr/>
        <w:t>Art. 16. Serão sempre tomadas por escrutínio secreto as deliberações da Assembleia Geral concernentes aos seguintes assuntos:</w:t>
      </w:r>
    </w:p>
    <w:p>
      <w:pPr>
        <w:pStyle w:val="Normal"/>
        <w:ind w:start="850"/>
        <w:jc w:val="both"/>
        <w:rPr/>
      </w:pPr>
      <w:r>
        <w:rPr/>
        <w:t>a) eleição de sindicalização para o preenchimento de cargo, prevista neste estatuto;</w:t>
      </w:r>
    </w:p>
    <w:p>
      <w:pPr>
        <w:pStyle w:val="Normal"/>
        <w:ind w:start="850"/>
        <w:jc w:val="both"/>
        <w:rPr/>
      </w:pPr>
      <w:r>
        <w:rPr/>
        <w:t>b) julgamento de recursos dos atos do Colegiado relativos a penalidades impostas a sindicalizados;</w:t>
      </w:r>
    </w:p>
    <w:p>
      <w:pPr>
        <w:pStyle w:val="Normal"/>
        <w:ind w:start="850"/>
        <w:jc w:val="both"/>
        <w:rPr/>
      </w:pPr>
      <w:r>
        <w:rPr/>
        <w:t>c) decisões sobre impedimento e perda de mandato de diretores.</w:t>
      </w:r>
    </w:p>
    <w:p>
      <w:pPr>
        <w:pStyle w:val="Normal"/>
        <w:ind w:firstLine="425" w:start="283"/>
        <w:jc w:val="both"/>
        <w:rPr/>
      </w:pPr>
      <w:r>
        <w:rPr/>
        <w:t>Parágrafo Único. As Assembleias Gerais que impliquem deliberação por escrutínio secreto serão sempre convocadas com fins especificados.</w:t>
      </w:r>
    </w:p>
    <w:p>
      <w:pPr>
        <w:pStyle w:val="Normal"/>
        <w:ind w:firstLine="709"/>
        <w:jc w:val="both"/>
        <w:rPr/>
      </w:pPr>
      <w:r>
        <w:rPr/>
        <w:t>Art. 17. Será realizada uma Assembleia Geral ordinária anual, na última quinzena de março, para tratar da prestação de contas referente ao ano anterior, da aprovação do Plano de Ação e do Plano Orçamentário Anual.</w:t>
      </w:r>
    </w:p>
    <w:p>
      <w:pPr>
        <w:pStyle w:val="Normal"/>
        <w:ind w:firstLine="709"/>
        <w:jc w:val="both"/>
        <w:rPr/>
      </w:pPr>
      <w:r>
        <w:rPr/>
        <w:t>Art. 18. As Assembleias Gerais serão sempre convocadas:</w:t>
      </w:r>
    </w:p>
    <w:p>
      <w:pPr>
        <w:pStyle w:val="Normal"/>
        <w:ind w:start="850"/>
        <w:jc w:val="both"/>
        <w:rPr/>
      </w:pPr>
      <w:r>
        <w:rPr/>
        <w:t>a) pela maioria simples do Colegiado ou da Diretoria Executiva;</w:t>
      </w:r>
    </w:p>
    <w:p>
      <w:pPr>
        <w:pStyle w:val="Normal"/>
        <w:ind w:start="850"/>
        <w:jc w:val="both"/>
        <w:rPr/>
      </w:pPr>
      <w:r>
        <w:rPr/>
        <w:t>b) pelos sindicalizados.</w:t>
      </w:r>
    </w:p>
    <w:p>
      <w:pPr>
        <w:pStyle w:val="Normal"/>
        <w:ind w:firstLine="425" w:start="283"/>
        <w:jc w:val="both"/>
        <w:rPr/>
      </w:pPr>
      <w:r>
        <w:rPr/>
        <w:t>§ 1º. As Assembleias Gerais Extraordinárias poderão ser convocadas por 1/5 (um quinto) dos sindicalizados quites, os quais especificarão os motivos da convocação e assinarão o respectivo edital.</w:t>
      </w:r>
    </w:p>
    <w:p>
      <w:pPr>
        <w:pStyle w:val="Normal"/>
        <w:ind w:firstLine="425" w:start="283"/>
        <w:jc w:val="both"/>
        <w:rPr/>
      </w:pPr>
      <w:r>
        <w:rPr/>
        <w:t>§ 2º. Nenhum motivo poderá ser alegado pela Diretoria do Sindicato para frustrar a realização da Assembleia convocada nos termos deste estatuto.</w:t>
      </w:r>
    </w:p>
    <w:p>
      <w:pPr>
        <w:pStyle w:val="Normal"/>
        <w:ind w:firstLine="425" w:start="283"/>
        <w:jc w:val="both"/>
        <w:rPr/>
      </w:pPr>
      <w:r>
        <w:rPr/>
        <w:t>§ 3º. O quórum para instalação da Assembleia Geral é de 10% (dez por cento) dos sindicalizados no gozo dos seus direitos em primeira convocação ou, em segunda convocação, com qualquer número, ressalvados os casos em que haja quórum expressamente previsto neste estatuto.</w:t>
      </w:r>
    </w:p>
    <w:p>
      <w:pPr>
        <w:pStyle w:val="Normal"/>
        <w:ind w:firstLine="425" w:start="283"/>
        <w:jc w:val="both"/>
        <w:rPr/>
      </w:pPr>
      <w:r>
        <w:rPr/>
        <w:t>§ 4º. O quórum para destituição da diretoria ou para alteração do estatuto será de 2/3 (dois terços) dos presentes, devendo, em primeira convocação, estar presente a maioria absoluta dos sindicalizados em situação regular e, em segunda chamada, um terço dos sindicalizados no gozo dos seus direitos.</w:t>
      </w:r>
    </w:p>
    <w:p>
      <w:pPr>
        <w:pStyle w:val="Normal"/>
        <w:spacing w:before="240" w:after="120"/>
        <w:jc w:val="center"/>
        <w:rPr/>
      </w:pPr>
      <w:r>
        <w:rPr>
          <w:b/>
          <w:sz w:val="24"/>
        </w:rPr>
        <w:t>CAPÍTULO II — DA DIRETORIA COLEGIADA, EXECUTIVA E CONSELHO FISCAL</w:t>
      </w:r>
    </w:p>
    <w:p>
      <w:pPr>
        <w:pStyle w:val="Normal"/>
        <w:ind w:firstLine="709"/>
        <w:jc w:val="both"/>
        <w:rPr/>
      </w:pPr>
      <w:r>
        <w:rPr/>
        <w:t>Art. 19. A Diretoria Colegiada, também chamada de Colegiado, é composta por 11 (onze) membros efetivos, sem suplentes, bianualmente eleitos pelo voto direto e secreto dos sindicalizados em gozo dos seus direitos na forma deste estatuto.</w:t>
      </w:r>
    </w:p>
    <w:p>
      <w:pPr>
        <w:pStyle w:val="Normal"/>
        <w:ind w:firstLine="425" w:start="283"/>
        <w:jc w:val="both"/>
        <w:rPr/>
      </w:pPr>
      <w:r>
        <w:rPr/>
        <w:t>§ 1º. Todo e qualquer membro do Colegiado tem plenos poderes para executar as ações do sindicato que forem decididas em reuniões ordinárias ou extraordinárias e em assembleias.</w:t>
      </w:r>
    </w:p>
    <w:p>
      <w:pPr>
        <w:pStyle w:val="Normal"/>
        <w:ind w:firstLine="425" w:start="283"/>
        <w:jc w:val="both"/>
        <w:rPr/>
      </w:pPr>
      <w:r>
        <w:rPr/>
        <w:t>§ 2º. Os membros da Diretoria Colegiada podem compor comissões, entre si e/ou com demais sindicalizados para dar andamento em ações específicas, conforme decisão do Sindicato.</w:t>
      </w:r>
    </w:p>
    <w:p>
      <w:pPr>
        <w:pStyle w:val="Normal"/>
        <w:ind w:firstLine="425" w:start="283"/>
        <w:jc w:val="both"/>
        <w:rPr/>
      </w:pPr>
      <w:r>
        <w:rPr/>
        <w:t>§ 3º. Em caso de vacância de membro do Colegiado, seja por falecimento, renúncia, abandono ou desligamento do quadro, nova eleição para ocupar a vaga deverá ser promovida em Assembleia Geral Extraordinária convocada pela Diretoria especialmente para este fim, após formalização da vaga à Diretoria Colegiada.</w:t>
      </w:r>
    </w:p>
    <w:p>
      <w:pPr>
        <w:pStyle w:val="Normal"/>
        <w:ind w:firstLine="425" w:start="283"/>
        <w:jc w:val="both"/>
        <w:rPr/>
      </w:pPr>
      <w:r>
        <w:rPr/>
        <w:t>§ 4º. Todos os membros da diretoria colegiada respondem por força deste estatuto, de forma solidária e irrestrita, por quaisquer atos praticados pela entidade, que extrapolem os limites estatutários e que configurem ilícitos civis, penais e administrativos.</w:t>
      </w:r>
    </w:p>
    <w:p>
      <w:pPr>
        <w:pStyle w:val="Normal"/>
        <w:ind w:firstLine="709"/>
        <w:jc w:val="both"/>
        <w:rPr/>
      </w:pPr>
      <w:r>
        <w:rPr/>
        <w:t>Art. 20. Compete à Diretoria Colegiada:</w:t>
      </w:r>
    </w:p>
    <w:p>
      <w:pPr>
        <w:pStyle w:val="Normal"/>
        <w:ind w:start="850"/>
        <w:jc w:val="both"/>
        <w:rPr/>
      </w:pPr>
      <w:r>
        <w:rPr/>
        <w:t>a) representar o Sindicato e defender os interesses da entidade e da categoria perante poderes políticos e empresas;</w:t>
      </w:r>
    </w:p>
    <w:p>
      <w:pPr>
        <w:pStyle w:val="Normal"/>
        <w:ind w:start="850"/>
        <w:jc w:val="both"/>
        <w:rPr/>
      </w:pPr>
      <w:r>
        <w:rPr/>
        <w:t>b) fixar as diretrizes gerais da política sindical a ser desenvolvida;</w:t>
      </w:r>
    </w:p>
    <w:p>
      <w:pPr>
        <w:pStyle w:val="Normal"/>
        <w:ind w:start="850"/>
        <w:jc w:val="both"/>
        <w:rPr/>
      </w:pPr>
      <w:r>
        <w:rPr/>
        <w:t>c) cumprir e fazer cumprir as deliberações da categoria em todas as suas instâncias;</w:t>
      </w:r>
    </w:p>
    <w:p>
      <w:pPr>
        <w:pStyle w:val="Normal"/>
        <w:ind w:start="850"/>
        <w:jc w:val="both"/>
        <w:rPr/>
      </w:pPr>
      <w:r>
        <w:rPr/>
        <w:t>d) coordenar as reuniões e assembleias e elaborar atas;</w:t>
      </w:r>
    </w:p>
    <w:p>
      <w:pPr>
        <w:pStyle w:val="Normal"/>
        <w:ind w:start="850"/>
        <w:jc w:val="both"/>
        <w:rPr/>
      </w:pPr>
      <w:r>
        <w:rPr/>
        <w:t>e) gerir o patrimônio, garantindo sua utilização para o cumprimento deste estatuto e das deliberações da categoria representada;</w:t>
      </w:r>
    </w:p>
    <w:p>
      <w:pPr>
        <w:pStyle w:val="Normal"/>
        <w:ind w:start="850"/>
        <w:jc w:val="both"/>
        <w:rPr/>
      </w:pPr>
      <w:r>
        <w:rPr/>
        <w:t>f) zelar pelas finanças da entidade;</w:t>
      </w:r>
    </w:p>
    <w:p>
      <w:pPr>
        <w:pStyle w:val="Normal"/>
        <w:ind w:start="850"/>
        <w:jc w:val="both"/>
        <w:rPr/>
      </w:pPr>
      <w:r>
        <w:rPr/>
        <w:t>g) garantir a filiação de qualquer integrante da categoria, observando apenas as determinações deste estatuto;</w:t>
      </w:r>
    </w:p>
    <w:p>
      <w:pPr>
        <w:pStyle w:val="Normal"/>
        <w:ind w:start="850"/>
        <w:jc w:val="both"/>
        <w:rPr/>
      </w:pPr>
      <w:r>
        <w:rPr/>
        <w:t>h) representar o Sindicato para estabelecer negociações, fazer acordos, convenções coletivas de trabalho e suscitar dissídios coletivos, respeitando as decisões das Assembleias, inclusive na indicação das comissões de negociações, com a observância das atribuições da Diretoria Executiva;</w:t>
      </w:r>
    </w:p>
    <w:p>
      <w:pPr>
        <w:pStyle w:val="Normal"/>
        <w:ind w:start="850"/>
        <w:jc w:val="both"/>
        <w:rPr/>
      </w:pPr>
      <w:r>
        <w:rPr/>
        <w:t>i) manter organizados e em funcionamento os diversos setores do Sindicato;</w:t>
      </w:r>
    </w:p>
    <w:p>
      <w:pPr>
        <w:pStyle w:val="Normal"/>
        <w:ind w:start="850"/>
        <w:jc w:val="both"/>
        <w:rPr/>
      </w:pPr>
      <w:r>
        <w:rPr/>
        <w:t>j) organizar o quadro de pessoal fixando as respectivas remunerações;</w:t>
      </w:r>
    </w:p>
    <w:p>
      <w:pPr>
        <w:pStyle w:val="Normal"/>
        <w:ind w:start="850"/>
        <w:jc w:val="both"/>
        <w:rPr/>
      </w:pPr>
      <w:r>
        <w:rPr/>
        <w:t>k) criar Secretarias ou Comissões de Jornalistas;</w:t>
      </w:r>
    </w:p>
    <w:p>
      <w:pPr>
        <w:pStyle w:val="Normal"/>
        <w:ind w:start="850"/>
        <w:jc w:val="both"/>
        <w:rPr/>
      </w:pPr>
      <w:r>
        <w:rPr/>
        <w:t>l) nomear os titulares das Secretarias e os componentes das Comissões;</w:t>
      </w:r>
    </w:p>
    <w:p>
      <w:pPr>
        <w:pStyle w:val="Normal"/>
        <w:ind w:start="850"/>
        <w:jc w:val="both"/>
        <w:rPr/>
      </w:pPr>
      <w:r>
        <w:rPr/>
        <w:t>m) executar determinações das Assembleias Gerais;</w:t>
      </w:r>
    </w:p>
    <w:p>
      <w:pPr>
        <w:pStyle w:val="Normal"/>
        <w:ind w:start="850"/>
        <w:jc w:val="both"/>
        <w:rPr/>
      </w:pPr>
      <w:r>
        <w:rPr/>
        <w:t>n) implementar a política de mobilização do Sindicato;</w:t>
      </w:r>
    </w:p>
    <w:p>
      <w:pPr>
        <w:pStyle w:val="Normal"/>
        <w:ind w:start="850"/>
        <w:jc w:val="both"/>
        <w:rPr/>
      </w:pPr>
      <w:r>
        <w:rPr/>
        <w:t>o) coordenar as atividades de mobilização da categoria;</w:t>
      </w:r>
    </w:p>
    <w:p>
      <w:pPr>
        <w:pStyle w:val="Normal"/>
        <w:ind w:start="850"/>
        <w:jc w:val="both"/>
        <w:rPr/>
      </w:pPr>
      <w:r>
        <w:rPr/>
        <w:t>p) coordenar e garantir a infraestrutura necessária para a realização de Assembleias e quaisquer outros eventos;</w:t>
      </w:r>
    </w:p>
    <w:p>
      <w:pPr>
        <w:pStyle w:val="Normal"/>
        <w:ind w:start="850"/>
        <w:jc w:val="both"/>
        <w:rPr/>
      </w:pPr>
      <w:r>
        <w:rPr/>
        <w:t>q) assinar documentos formais em nome do sindicato, como ofícios, declarações e atestados;</w:t>
      </w:r>
    </w:p>
    <w:p>
      <w:pPr>
        <w:pStyle w:val="Normal"/>
        <w:ind w:start="850"/>
        <w:jc w:val="both"/>
        <w:rPr/>
      </w:pPr>
      <w:r>
        <w:rPr/>
        <w:t>r) julgar pareceres emitidos pela Comissão de Ética, aplicando sanções ou não conforme a gravidade do caso, observado o rito do art. 31-A e o procedimento do Anexo I deste estatuto;</w:t>
      </w:r>
    </w:p>
    <w:p>
      <w:pPr>
        <w:pStyle w:val="Normal"/>
        <w:ind w:start="850"/>
        <w:jc w:val="both"/>
        <w:rPr/>
      </w:pPr>
      <w:r>
        <w:rPr/>
        <w:t>s) decidir, em última instância sindical interna, sobre os recursos contra decisões da Diretoria Executiva em matéria ética, na forma do art. 31-A e do Anexo I.</w:t>
      </w:r>
    </w:p>
    <w:p>
      <w:pPr>
        <w:pStyle w:val="Normal"/>
        <w:ind w:firstLine="709"/>
        <w:jc w:val="both"/>
        <w:rPr/>
      </w:pPr>
      <w:r>
        <w:rPr/>
        <w:t>Art. 21. O Colegiado se reunirá, ordinária e obrigatoriamente, uma vez por semana e, extraordinariamente, se a reunião for convocada por pelo menos 3 (três) de seus membros.</w:t>
      </w:r>
    </w:p>
    <w:p>
      <w:pPr>
        <w:pStyle w:val="Normal"/>
        <w:ind w:firstLine="425" w:start="283"/>
        <w:jc w:val="both"/>
        <w:rPr/>
      </w:pPr>
      <w:r>
        <w:rPr/>
        <w:t>§ 1º. O quórum mínimo para deliberações da diretoria é de 5 (cinco) membros.</w:t>
      </w:r>
    </w:p>
    <w:p>
      <w:pPr>
        <w:pStyle w:val="Normal"/>
        <w:ind w:firstLine="425" w:start="283"/>
        <w:jc w:val="both"/>
        <w:rPr/>
      </w:pPr>
      <w:r>
        <w:rPr/>
        <w:t>§ 2º. As decisões em reuniões serão tomadas por maioria simples dos participantes em pleno gozo de seus direitos estatutários.</w:t>
      </w:r>
    </w:p>
    <w:p>
      <w:pPr>
        <w:pStyle w:val="Normal"/>
        <w:ind w:firstLine="425" w:start="283"/>
        <w:jc w:val="both"/>
        <w:rPr/>
      </w:pPr>
      <w:r>
        <w:rPr/>
        <w:t>§ 3º. Os membros do colegiado que faltarem a 3 (três) reuniões consecutivas da Diretoria Colegiada sem justificativa aceitável serão advertidos por escrito; os que faltarem a 5 (cinco) reuniões consecutivas ou 8 (oito) alternadas, igualmente sem justificativa aceitável, sofrerão pena de suspensão do mandato sindical por 60 (sessenta) dias; e os que faltarem a 8 (oito) reuniões consecutivas sem justificativa perderão o mandato sindical.</w:t>
      </w:r>
    </w:p>
    <w:p>
      <w:pPr>
        <w:pStyle w:val="Normal"/>
        <w:ind w:firstLine="425" w:start="283"/>
        <w:jc w:val="both"/>
        <w:rPr/>
      </w:pPr>
      <w:r>
        <w:rPr/>
        <w:t>§ 4º. As suspensões e as penalidades para os membros do colegiado também poderão ser requeridas por qualquer sindicalizado à Diretoria Colegiada ou à Assembleia Geral.</w:t>
      </w:r>
    </w:p>
    <w:p>
      <w:pPr>
        <w:pStyle w:val="Normal"/>
        <w:ind w:firstLine="425" w:start="283"/>
        <w:jc w:val="both"/>
        <w:rPr/>
      </w:pPr>
      <w:r>
        <w:rPr/>
        <w:t>§ 5º. Toda suspensão ou destituição de cargo deverá ser precedida de notificação que assegure ao interessado o amplo direito de defesa, inclusive o recurso à Assembleia Geral, que deverá, em última instância, decidir sobre a perda ou não do mandato.</w:t>
      </w:r>
    </w:p>
    <w:p>
      <w:pPr>
        <w:pStyle w:val="Normal"/>
        <w:ind w:firstLine="425" w:start="283"/>
        <w:jc w:val="both"/>
        <w:rPr/>
      </w:pPr>
      <w:r>
        <w:rPr/>
        <w:t>§ 6º. Poderão participar das reuniões semanais todo e qualquer sindicalizado, com direito a voz, ficando, entretanto, o direito de voto restrito aos integrantes do Colegiado.</w:t>
      </w:r>
    </w:p>
    <w:p>
      <w:pPr>
        <w:pStyle w:val="Normal"/>
        <w:ind w:firstLine="709"/>
        <w:jc w:val="both"/>
        <w:rPr/>
      </w:pPr>
      <w:r>
        <w:rPr/>
        <w:t>Art. 22. A Diretoria Colegiada se organizará de forma a contemplar os cargos dos órgãos deliberativos e instâncias da entidade, distribuídos da seguinte forma:</w:t>
      </w:r>
    </w:p>
    <w:p>
      <w:pPr>
        <w:pStyle w:val="Normal"/>
        <w:ind w:firstLine="425" w:start="283"/>
        <w:jc w:val="both"/>
        <w:rPr/>
      </w:pPr>
      <w:r>
        <w:rPr/>
        <w:t>I — Diretoria Executiva composta por 5 (cinco) membros;</w:t>
      </w:r>
    </w:p>
    <w:p>
      <w:pPr>
        <w:pStyle w:val="Normal"/>
        <w:ind w:firstLine="425" w:start="283"/>
        <w:jc w:val="both"/>
        <w:rPr/>
      </w:pPr>
      <w:r>
        <w:rPr/>
        <w:t>II — Conselho Fiscal composto por 3 (três) membros;</w:t>
      </w:r>
    </w:p>
    <w:p>
      <w:pPr>
        <w:pStyle w:val="Normal"/>
        <w:ind w:firstLine="425" w:start="283"/>
        <w:jc w:val="both"/>
        <w:rPr/>
      </w:pPr>
      <w:r>
        <w:rPr/>
        <w:t>III — Delegados da Fenaj — 2 (dois) membros;</w:t>
      </w:r>
    </w:p>
    <w:p>
      <w:pPr>
        <w:pStyle w:val="Normal"/>
        <w:ind w:firstLine="425" w:start="283"/>
        <w:jc w:val="both"/>
        <w:rPr/>
      </w:pPr>
      <w:r>
        <w:rPr/>
        <w:t>IV — 1 (um) Diretor Vogal.</w:t>
      </w:r>
    </w:p>
    <w:p>
      <w:pPr>
        <w:pStyle w:val="Normal"/>
        <w:ind w:firstLine="425" w:start="283"/>
        <w:jc w:val="both"/>
        <w:rPr/>
      </w:pPr>
      <w:r>
        <w:rPr/>
        <w:t>§ 1º. Os membros responsáveis a que se faz referência no caput deste artigo deverão ser eleitos pela maioria simples dos membros do Colegiado, em Reunião Extraordinária aberta, convocada especialmente para esse fim após a posse do Colegiado, com a presença de todos os 11 (onze) membros da Diretoria Colegiada.</w:t>
      </w:r>
    </w:p>
    <w:p>
      <w:pPr>
        <w:pStyle w:val="Normal"/>
        <w:ind w:firstLine="425" w:start="283"/>
        <w:jc w:val="both"/>
        <w:rPr/>
      </w:pPr>
      <w:r>
        <w:rPr/>
        <w:t>§ 2º. O Diretor Vogal substituirá quaisquer dos cargos vagos conforme a necessidade da entidade, de forma automática, dispensada qualquer deliberação prévia ou posterior, exceto nas funções do Presidente e Primeiro Tesoureiro.</w:t>
      </w:r>
    </w:p>
    <w:p>
      <w:pPr>
        <w:pStyle w:val="Normal"/>
        <w:ind w:firstLine="709"/>
        <w:jc w:val="both"/>
        <w:rPr/>
      </w:pPr>
      <w:r>
        <w:rPr/>
        <w:t>Art. 23. A Diretoria Executiva é o órgão de administração burocrática do Sindicato, composta pelos membros eleitos da Diretoria Colegiada que forem designados para as respectivas atividades, funcionando em sistema de direção colegiada, e submetida às deliberações da Diretoria Colegiada, onde todos os diretores têm direito a voz e voto em suas reuniões. Assim distribuídos:</w:t>
      </w:r>
    </w:p>
    <w:p>
      <w:pPr>
        <w:pStyle w:val="Normal"/>
        <w:ind w:firstLine="425" w:start="283"/>
        <w:jc w:val="both"/>
        <w:rPr/>
      </w:pPr>
      <w:r>
        <w:rPr/>
        <w:t>I — Presidente;</w:t>
      </w:r>
    </w:p>
    <w:p>
      <w:pPr>
        <w:pStyle w:val="Normal"/>
        <w:ind w:firstLine="425" w:start="283"/>
        <w:jc w:val="both"/>
        <w:rPr/>
      </w:pPr>
      <w:r>
        <w:rPr/>
        <w:t>II — Vice-Presidente;</w:t>
      </w:r>
    </w:p>
    <w:p>
      <w:pPr>
        <w:pStyle w:val="Normal"/>
        <w:ind w:firstLine="425" w:start="283"/>
        <w:jc w:val="both"/>
        <w:rPr/>
      </w:pPr>
      <w:r>
        <w:rPr/>
        <w:t>III — Secretário-Geral;</w:t>
      </w:r>
    </w:p>
    <w:p>
      <w:pPr>
        <w:pStyle w:val="Normal"/>
        <w:ind w:firstLine="425" w:start="283"/>
        <w:jc w:val="both"/>
        <w:rPr/>
      </w:pPr>
      <w:r>
        <w:rPr/>
        <w:t>IV — Primeiro Tesoureiro;</w:t>
      </w:r>
    </w:p>
    <w:p>
      <w:pPr>
        <w:pStyle w:val="Normal"/>
        <w:ind w:firstLine="425" w:start="283"/>
        <w:jc w:val="both"/>
        <w:rPr/>
      </w:pPr>
      <w:r>
        <w:rPr/>
        <w:t>V — Segundo Tesoureiro.</w:t>
      </w:r>
    </w:p>
    <w:p>
      <w:pPr>
        <w:pStyle w:val="Normal"/>
        <w:ind w:firstLine="425" w:start="283"/>
        <w:jc w:val="both"/>
        <w:rPr/>
      </w:pPr>
      <w:r>
        <w:rPr/>
        <w:t>§ 1º. Os diretores ocupantes dos cargos de Presidente e Tesoureiro, bem como seus respectivos substitutos descritos neste artigo, alternar-se-ão de forma automática no exercício dos atos privativos de cada cargo, definidos no presente estatuto, bastando para tanto a ausência de quaisquer dos titulares.</w:t>
      </w:r>
    </w:p>
    <w:p>
      <w:pPr>
        <w:pStyle w:val="Normal"/>
        <w:ind w:firstLine="425" w:start="283"/>
        <w:jc w:val="both"/>
        <w:rPr/>
      </w:pPr>
      <w:r>
        <w:rPr/>
        <w:t>§ 2º. A Diretoria Executiva poderá criar Diretorias Temáticas auxiliares (a exemplo de Assistência, Cultura, Formação e Comunicação/Imagem) por ato normativo próprio, atribuindo-lhes funções específicas, sem prejuízo das competências estabelecidas neste estatuto.</w:t>
      </w:r>
    </w:p>
    <w:p>
      <w:pPr>
        <w:pStyle w:val="Normal"/>
        <w:ind w:firstLine="425" w:start="283"/>
        <w:jc w:val="both"/>
        <w:rPr/>
      </w:pPr>
      <w:r>
        <w:rPr/>
        <w:t>§ 3º. A Diretoria Executiva decidirá sobre sua organização administrativa interna mediante atos normativos e resolutivos, observado este estatuto e as deliberações da Diretoria Colegiada e da Assembleia Geral.</w:t>
      </w:r>
    </w:p>
    <w:p>
      <w:pPr>
        <w:pStyle w:val="Normal"/>
        <w:ind w:firstLine="709"/>
        <w:jc w:val="both"/>
        <w:rPr/>
      </w:pPr>
      <w:r>
        <w:rPr/>
        <w:t>Art. 23-A. Compete ao Presidente, como dirigente máximo da entidade:</w:t>
      </w:r>
    </w:p>
    <w:p>
      <w:pPr>
        <w:pStyle w:val="Normal"/>
        <w:ind w:start="850"/>
        <w:jc w:val="both"/>
        <w:rPr/>
      </w:pPr>
      <w:r>
        <w:rPr/>
        <w:t>a) representar o Sindicato, ativa e passivamente, em juízo e fora dele, judicial e extrajudicialmente, podendo constituir procuradores com poderes específicos;</w:t>
      </w:r>
    </w:p>
    <w:p>
      <w:pPr>
        <w:pStyle w:val="Normal"/>
        <w:ind w:start="850"/>
        <w:jc w:val="both"/>
        <w:rPr/>
      </w:pPr>
      <w:r>
        <w:rPr/>
        <w:t>b) presidir as Assembleias Gerais e as reuniões ordinárias e extraordinárias da Diretoria Colegiada e da Diretoria Executiva, dirigindo os trabalhos, mantendo a ordem e aplicando este estatuto;</w:t>
      </w:r>
    </w:p>
    <w:p>
      <w:pPr>
        <w:pStyle w:val="Normal"/>
        <w:ind w:start="850"/>
        <w:jc w:val="both"/>
        <w:rPr/>
      </w:pPr>
      <w:r>
        <w:rPr/>
        <w:t>c) convocar, em conjunto com a Diretoria Colegiada, as Assembleias Gerais Ordinárias e Extraordinárias, expedindo os respectivos editais;</w:t>
      </w:r>
    </w:p>
    <w:p>
      <w:pPr>
        <w:pStyle w:val="Normal"/>
        <w:ind w:start="850"/>
        <w:jc w:val="both"/>
        <w:rPr/>
      </w:pPr>
      <w:r>
        <w:rPr/>
        <w:t>d) assinar, em conjunto com o Primeiro Tesoureiro, os cheques, ordens de pagamento, contratos, convênios, instrumentos bancários e demais atos de natureza financeira ou patrimonial;</w:t>
      </w:r>
    </w:p>
    <w:p>
      <w:pPr>
        <w:pStyle w:val="Normal"/>
        <w:ind w:start="850"/>
        <w:jc w:val="both"/>
        <w:rPr/>
      </w:pPr>
      <w:r>
        <w:rPr/>
        <w:t>e) firmar acordos e convenções coletivas de trabalho, conforme as deliberações da Assembleia Geral e da Diretoria Colegiada;</w:t>
      </w:r>
    </w:p>
    <w:p>
      <w:pPr>
        <w:pStyle w:val="Normal"/>
        <w:ind w:start="850"/>
        <w:jc w:val="both"/>
        <w:rPr/>
      </w:pPr>
      <w:r>
        <w:rPr/>
        <w:t>f) admitir, demitir, suspender e licenciar empregados da entidade, ouvida a Diretoria Executiva;</w:t>
      </w:r>
    </w:p>
    <w:p>
      <w:pPr>
        <w:pStyle w:val="Normal"/>
        <w:ind w:start="850"/>
        <w:jc w:val="both"/>
        <w:rPr/>
      </w:pPr>
      <w:r>
        <w:rPr/>
        <w:t>g) representar institucionalmente o Sindicato perante a Federação Nacional dos Jornalistas — FENAJ, as centrais sindicais, os poderes públicos, as empresas, demais entidades civis e a sociedade em geral;</w:t>
      </w:r>
    </w:p>
    <w:p>
      <w:pPr>
        <w:pStyle w:val="Normal"/>
        <w:ind w:start="850"/>
        <w:jc w:val="both"/>
        <w:rPr/>
      </w:pPr>
      <w:r>
        <w:rPr/>
        <w:t>h) zelar pelo cumprimento deste estatuto, das deliberações das Assembleias Gerais e das decisões da Diretoria Colegiada e da Diretoria Executiva;</w:t>
      </w:r>
    </w:p>
    <w:p>
      <w:pPr>
        <w:pStyle w:val="Normal"/>
        <w:ind w:start="850"/>
        <w:jc w:val="both"/>
        <w:rPr/>
      </w:pPr>
      <w:r>
        <w:rPr/>
        <w:t>i) delegar competências de sua atribuição a outros membros da Diretoria Colegiada, mediante ato escrito;</w:t>
      </w:r>
    </w:p>
    <w:p>
      <w:pPr>
        <w:pStyle w:val="Normal"/>
        <w:ind w:start="850"/>
        <w:jc w:val="both"/>
        <w:rPr/>
      </w:pPr>
      <w:r>
        <w:rPr/>
        <w:t>j) abrir, movimentar e encerrar contas bancárias e demais aplicações financeiras em nome do Sindicato, em conjunto com o Primeiro Tesoureiro;</w:t>
      </w:r>
    </w:p>
    <w:p>
      <w:pPr>
        <w:pStyle w:val="Normal"/>
        <w:ind w:start="850"/>
        <w:jc w:val="both"/>
        <w:rPr/>
      </w:pPr>
      <w:r>
        <w:rPr/>
        <w:t>k) representar o Sindicato em atos solenes, comemorativos e institucionais, podendo delegar a representação;</w:t>
      </w:r>
    </w:p>
    <w:p>
      <w:pPr>
        <w:pStyle w:val="Normal"/>
        <w:ind w:start="850"/>
        <w:jc w:val="both"/>
        <w:rPr/>
      </w:pPr>
      <w:r>
        <w:rPr/>
        <w:t>l) submeter à Diretoria Colegiada e à Assembleia Geral, no prazo legal, a prestação de contas da gestão e o plano orçamentário anual;</w:t>
      </w:r>
    </w:p>
    <w:p>
      <w:pPr>
        <w:pStyle w:val="Normal"/>
        <w:ind w:start="850"/>
        <w:jc w:val="both"/>
        <w:rPr/>
      </w:pPr>
      <w:r>
        <w:rPr/>
        <w:t>m) exercer todas as demais atribuições inerentes ao cargo, em especial aquelas que sejam essenciais à preservação institucional da entidade.</w:t>
      </w:r>
    </w:p>
    <w:p>
      <w:pPr>
        <w:pStyle w:val="Normal"/>
        <w:ind w:firstLine="709"/>
        <w:jc w:val="both"/>
        <w:rPr/>
      </w:pPr>
      <w:r>
        <w:rPr/>
        <w:t>Art. 23-B. Compete ao Vice-Presidente:</w:t>
      </w:r>
    </w:p>
    <w:p>
      <w:pPr>
        <w:pStyle w:val="Normal"/>
        <w:ind w:start="850"/>
        <w:jc w:val="both"/>
        <w:rPr/>
      </w:pPr>
      <w:r>
        <w:rPr/>
        <w:t>a) substituir o Presidente em suas faltas, licenças, ausências, impedimentos ou vacância, assumindo todas as suas atribuições e responsabilidades;</w:t>
      </w:r>
    </w:p>
    <w:p>
      <w:pPr>
        <w:pStyle w:val="Normal"/>
        <w:ind w:start="850"/>
        <w:jc w:val="both"/>
        <w:rPr/>
      </w:pPr>
      <w:r>
        <w:rPr/>
        <w:t>b) auxiliar o Presidente no desempenho de suas funções, mediante delegação expressa;</w:t>
      </w:r>
    </w:p>
    <w:p>
      <w:pPr>
        <w:pStyle w:val="Normal"/>
        <w:ind w:start="850"/>
        <w:jc w:val="both"/>
        <w:rPr/>
      </w:pPr>
      <w:r>
        <w:rPr/>
        <w:t>c) coordenar os trabalhos das Diretorias Temáticas, articulando as ações entre si e com a Diretoria Executiva;</w:t>
      </w:r>
    </w:p>
    <w:p>
      <w:pPr>
        <w:pStyle w:val="Normal"/>
        <w:ind w:start="850"/>
        <w:jc w:val="both"/>
        <w:rPr/>
      </w:pPr>
      <w:r>
        <w:rPr/>
        <w:t>d) representar o Sindicato em atos delegados pelo Presidente ou pela Diretoria Colegiada;</w:t>
      </w:r>
    </w:p>
    <w:p>
      <w:pPr>
        <w:pStyle w:val="Normal"/>
        <w:ind w:start="850"/>
        <w:jc w:val="both"/>
        <w:rPr/>
      </w:pPr>
      <w:r>
        <w:rPr/>
        <w:t>e) participar das reuniões da Diretoria Executiva e Colegiada com direito a voz e voto;</w:t>
      </w:r>
    </w:p>
    <w:p>
      <w:pPr>
        <w:pStyle w:val="Normal"/>
        <w:ind w:start="850"/>
        <w:jc w:val="both"/>
        <w:rPr/>
      </w:pPr>
      <w:r>
        <w:rPr/>
        <w:t>f) exercer outras atribuições que lhe forem conferidas pelo Presidente, pela Diretoria Executiva ou pela Diretoria Colegiada.</w:t>
      </w:r>
    </w:p>
    <w:p>
      <w:pPr>
        <w:pStyle w:val="Normal"/>
        <w:ind w:firstLine="709"/>
        <w:jc w:val="both"/>
        <w:rPr/>
      </w:pPr>
      <w:r>
        <w:rPr/>
        <w:t>Art. 23-C. Compete ao Secretário-Geral:</w:t>
      </w:r>
    </w:p>
    <w:p>
      <w:pPr>
        <w:pStyle w:val="Normal"/>
        <w:ind w:start="850"/>
        <w:jc w:val="both"/>
        <w:rPr/>
      </w:pPr>
      <w:r>
        <w:rPr/>
        <w:t>a) lavrar e assinar, com o Presidente, as atas das reuniões da Diretoria Executiva, da Diretoria Colegiada e das Assembleias Gerais, mantendo-as devidamente arquivadas;</w:t>
      </w:r>
    </w:p>
    <w:p>
      <w:pPr>
        <w:pStyle w:val="Normal"/>
        <w:ind w:start="850"/>
        <w:jc w:val="both"/>
        <w:rPr/>
      </w:pPr>
      <w:r>
        <w:rPr/>
        <w:t>b) redigir e expedir correspondências, ofícios, comunicados, notificações e demais documentos oficiais do Sindicato;</w:t>
      </w:r>
    </w:p>
    <w:p>
      <w:pPr>
        <w:pStyle w:val="Normal"/>
        <w:ind w:start="850"/>
        <w:jc w:val="both"/>
        <w:rPr/>
      </w:pPr>
      <w:r>
        <w:rPr/>
        <w:t>c) organizar e custodiar o arquivo geral da entidade, inclusive os livros de presença, os processos administrativos disciplinares e os documentos relativos aos associados;</w:t>
      </w:r>
    </w:p>
    <w:p>
      <w:pPr>
        <w:pStyle w:val="Normal"/>
        <w:ind w:start="850"/>
        <w:jc w:val="both"/>
        <w:rPr/>
      </w:pPr>
      <w:r>
        <w:rPr/>
        <w:t>d) manter atualizado o cadastro de associados, com registro de admissões, exclusões, suspensões, alterações cadastrais e mensalidades;</w:t>
      </w:r>
    </w:p>
    <w:p>
      <w:pPr>
        <w:pStyle w:val="Normal"/>
        <w:ind w:start="850"/>
        <w:jc w:val="both"/>
        <w:rPr/>
      </w:pPr>
      <w:r>
        <w:rPr/>
        <w:t>e) receber, registrar e protocolar denúncias, requerimentos, recursos e demais expedientes dirigidos ao Sindicato, encaminhando-os à instância competente;</w:t>
      </w:r>
    </w:p>
    <w:p>
      <w:pPr>
        <w:pStyle w:val="Normal"/>
        <w:ind w:start="850"/>
        <w:jc w:val="both"/>
        <w:rPr/>
      </w:pPr>
      <w:r>
        <w:rPr/>
        <w:t>f) dar suporte operacional ao funcionamento da Comissão de Ética, da Comissão Eleitoral e das demais comissões instituídas pelo Sindicato;</w:t>
      </w:r>
    </w:p>
    <w:p>
      <w:pPr>
        <w:pStyle w:val="Normal"/>
        <w:ind w:start="850"/>
        <w:jc w:val="both"/>
        <w:rPr/>
      </w:pPr>
      <w:r>
        <w:rPr/>
        <w:t>g) elaborar a pauta das reuniões da Diretoria Executiva e da Diretoria Colegiada, em conjunto com o Presidente;</w:t>
      </w:r>
    </w:p>
    <w:p>
      <w:pPr>
        <w:pStyle w:val="Normal"/>
        <w:ind w:start="850"/>
        <w:jc w:val="both"/>
        <w:rPr/>
      </w:pPr>
      <w:r>
        <w:rPr/>
        <w:t>h) publicar e divulgar, nos canais oficiais do Sindicato, as deliberações, editais, convocações e atos administrativos da entidade;</w:t>
      </w:r>
    </w:p>
    <w:p>
      <w:pPr>
        <w:pStyle w:val="Normal"/>
        <w:ind w:start="850"/>
        <w:jc w:val="both"/>
        <w:rPr/>
      </w:pPr>
      <w:r>
        <w:rPr/>
        <w:t>i) substituir o Vice-Presidente em suas faltas e impedimentos.</w:t>
      </w:r>
    </w:p>
    <w:p>
      <w:pPr>
        <w:pStyle w:val="Normal"/>
        <w:ind w:firstLine="709"/>
        <w:jc w:val="both"/>
        <w:rPr/>
      </w:pPr>
      <w:r>
        <w:rPr/>
        <w:t>Art. 23-D. Compete ao Primeiro Tesoureiro:</w:t>
      </w:r>
    </w:p>
    <w:p>
      <w:pPr>
        <w:pStyle w:val="Normal"/>
        <w:ind w:start="850"/>
        <w:jc w:val="both"/>
        <w:rPr/>
      </w:pPr>
      <w:r>
        <w:rPr/>
        <w:t>a) dirigir, fiscalizar e responder pela gestão financeira e contábil da entidade;</w:t>
      </w:r>
    </w:p>
    <w:p>
      <w:pPr>
        <w:pStyle w:val="Normal"/>
        <w:ind w:start="850"/>
        <w:jc w:val="both"/>
        <w:rPr/>
      </w:pPr>
      <w:r>
        <w:rPr/>
        <w:t>b) assinar, em conjunto com o Presidente, os cheques, ordens de pagamento, contratos, convênios, instrumentos bancários e demais atos de natureza financeira ou patrimonial;</w:t>
      </w:r>
    </w:p>
    <w:p>
      <w:pPr>
        <w:pStyle w:val="Normal"/>
        <w:ind w:start="850"/>
        <w:jc w:val="both"/>
        <w:rPr/>
      </w:pPr>
      <w:r>
        <w:rPr/>
        <w:t>c) organizar, em conjunto com o contador legalmente habilitado, a escrituração contábil, os balancetes mensais, o balanço financeiro e patrimonial anual e a prestação de contas;</w:t>
      </w:r>
    </w:p>
    <w:p>
      <w:pPr>
        <w:pStyle w:val="Normal"/>
        <w:ind w:start="850"/>
        <w:jc w:val="both"/>
        <w:rPr/>
      </w:pPr>
      <w:r>
        <w:rPr/>
        <w:t>d) submeter ao Conselho Fiscal, mensalmente, os documentos contábeis e financeiros para fiscalização;</w:t>
      </w:r>
    </w:p>
    <w:p>
      <w:pPr>
        <w:pStyle w:val="Normal"/>
        <w:ind w:start="850"/>
        <w:jc w:val="both"/>
        <w:rPr/>
      </w:pPr>
      <w:r>
        <w:rPr/>
        <w:t>e) zelar pelo recolhimento, na forma da lei, das mensalidades sindicais e demais contribuições devidas ao Sindicato;</w:t>
      </w:r>
    </w:p>
    <w:p>
      <w:pPr>
        <w:pStyle w:val="Normal"/>
        <w:ind w:start="850"/>
        <w:jc w:val="both"/>
        <w:rPr/>
      </w:pPr>
      <w:r>
        <w:rPr/>
        <w:t>f) manter atualizada a folha de pagamento dos empregados da entidade e o cumprimento das obrigações trabalhistas, previdenciárias, fiscais e tributárias;</w:t>
      </w:r>
    </w:p>
    <w:p>
      <w:pPr>
        <w:pStyle w:val="Normal"/>
        <w:ind w:start="850"/>
        <w:jc w:val="both"/>
        <w:rPr/>
      </w:pPr>
      <w:r>
        <w:rPr/>
        <w:t>g) elaborar, com a Diretoria Executiva, o Plano Orçamentário Anual a ser submetido à Assembleia Geral;</w:t>
      </w:r>
    </w:p>
    <w:p>
      <w:pPr>
        <w:pStyle w:val="Normal"/>
        <w:ind w:start="850"/>
        <w:jc w:val="both"/>
        <w:rPr/>
      </w:pPr>
      <w:r>
        <w:rPr/>
        <w:t>h) responsabilizar-se pela guarda dos valores, títulos e documentos financeiros da entidade;</w:t>
      </w:r>
    </w:p>
    <w:p>
      <w:pPr>
        <w:pStyle w:val="Normal"/>
        <w:ind w:start="850"/>
        <w:jc w:val="both"/>
        <w:rPr/>
      </w:pPr>
      <w:r>
        <w:rPr/>
        <w:t>i) prestar contas à Diretoria Colegiada e à Assembleia Geral sempre que solicitado, em especial nas hipóteses de transição de gestão.</w:t>
      </w:r>
    </w:p>
    <w:p>
      <w:pPr>
        <w:pStyle w:val="Normal"/>
        <w:ind w:firstLine="709"/>
        <w:jc w:val="both"/>
        <w:rPr/>
      </w:pPr>
      <w:r>
        <w:rPr/>
        <w:t>Art. 23-E. Compete ao Segundo Tesoureiro:</w:t>
      </w:r>
    </w:p>
    <w:p>
      <w:pPr>
        <w:pStyle w:val="Normal"/>
        <w:ind w:start="850"/>
        <w:jc w:val="both"/>
        <w:rPr/>
      </w:pPr>
      <w:r>
        <w:rPr/>
        <w:t>a) substituir o Primeiro Tesoureiro em suas faltas, licenças, ausências, impedimentos ou vacância, assumindo todas as suas atribuições e responsabilidades;</w:t>
      </w:r>
    </w:p>
    <w:p>
      <w:pPr>
        <w:pStyle w:val="Normal"/>
        <w:ind w:start="850"/>
        <w:jc w:val="both"/>
        <w:rPr/>
      </w:pPr>
      <w:r>
        <w:rPr/>
        <w:t>b) auxiliar o Primeiro Tesoureiro no desempenho de suas funções, mediante delegação expressa, em especial na conferência dos lançamentos contábeis e na conferência da documentação fiscal;</w:t>
      </w:r>
    </w:p>
    <w:p>
      <w:pPr>
        <w:pStyle w:val="Normal"/>
        <w:ind w:start="850"/>
        <w:jc w:val="both"/>
        <w:rPr/>
      </w:pPr>
      <w:r>
        <w:rPr/>
        <w:t>c) coordenar, sob a supervisão do Primeiro Tesoureiro, o acompanhamento financeiro de convênios, projetos e parcerias firmados pela entidade;</w:t>
      </w:r>
    </w:p>
    <w:p>
      <w:pPr>
        <w:pStyle w:val="Normal"/>
        <w:ind w:start="850"/>
        <w:jc w:val="both"/>
        <w:rPr/>
      </w:pPr>
      <w:r>
        <w:rPr/>
        <w:t>d) exercer outras atribuições que lhe forem conferidas pelo Primeiro Tesoureiro, pela Diretoria Executiva ou pela Diretoria Colegiada.</w:t>
      </w:r>
    </w:p>
    <w:p>
      <w:pPr>
        <w:pStyle w:val="Normal"/>
        <w:ind w:firstLine="709"/>
        <w:jc w:val="both"/>
        <w:rPr/>
      </w:pPr>
      <w:r>
        <w:rPr/>
        <w:t>Art. 23-F. As Diretorias Temáticas, quando criadas pela Diretoria Executiva nos termos do art. 23, § 2º, observarão as seguintes competências mínimas, sem prejuízo de outras que lhes forem atribuídas em ato normativo da Diretoria Executiva:</w:t>
      </w:r>
    </w:p>
    <w:p>
      <w:pPr>
        <w:pStyle w:val="Normal"/>
        <w:ind w:firstLine="425" w:start="283"/>
        <w:jc w:val="both"/>
        <w:rPr/>
      </w:pPr>
      <w:r>
        <w:rPr/>
        <w:t>I — Diretoria de Assistência: coordenar os serviços de assistência social, jurídica, previdenciária e de saúde eventualmente oferecidos aos sindicalizados; firmar convênios assistenciais; acompanhar processos individuais de associados em situação de vulnerabilidade;</w:t>
      </w:r>
    </w:p>
    <w:p>
      <w:pPr>
        <w:pStyle w:val="Normal"/>
        <w:ind w:firstLine="425" w:start="283"/>
        <w:jc w:val="both"/>
        <w:rPr/>
      </w:pPr>
      <w:r>
        <w:rPr/>
        <w:t>II — Diretoria de Cultura: planejar e executar atividades culturais, artísticas e comemorativas; captar e gerir projetos culturais, inclusive os custeados por leis de incentivo e emendas parlamentares; manter o relacionamento institucional com órgãos e entidades do setor cultural;</w:t>
      </w:r>
    </w:p>
    <w:p>
      <w:pPr>
        <w:pStyle w:val="Normal"/>
        <w:ind w:firstLine="425" w:start="283"/>
        <w:jc w:val="both"/>
        <w:rPr/>
      </w:pPr>
      <w:r>
        <w:rPr/>
        <w:t>III — Diretoria de Formação: organizar cursos, oficinas, seminários, congressos e demais ações de qualificação profissional, atualização técnica, formação política e sindical, inclusive em parceria com instituições de ensino e entidades congêneres;</w:t>
      </w:r>
    </w:p>
    <w:p>
      <w:pPr>
        <w:pStyle w:val="Normal"/>
        <w:ind w:firstLine="425" w:start="283"/>
        <w:jc w:val="both"/>
        <w:rPr/>
      </w:pPr>
      <w:r>
        <w:rPr/>
        <w:t>IV — Diretoria de Comunicação/Imagem: gerir o sítio oficial, as redes sociais e os veículos internos de comunicação do Sindicato; coordenar a comunicação institucional com a imprensa e com a sociedade; produzir e divulgar boletins, releases, notas públicas e materiais institucionais; preservar a imagem da entidade.</w:t>
      </w:r>
    </w:p>
    <w:p>
      <w:pPr>
        <w:pStyle w:val="Normal"/>
        <w:ind w:firstLine="425" w:start="283"/>
        <w:jc w:val="both"/>
        <w:rPr/>
      </w:pPr>
      <w:r>
        <w:rPr/>
        <w:t>§ 1º. As Diretorias Temáticas não constituem instância deliberativa autônoma — operam como órgãos auxiliares da Diretoria Executiva, à qual prestam contas regularmente.</w:t>
      </w:r>
    </w:p>
    <w:p>
      <w:pPr>
        <w:pStyle w:val="Normal"/>
        <w:ind w:firstLine="425" w:start="283"/>
        <w:jc w:val="both"/>
        <w:rPr/>
      </w:pPr>
      <w:r>
        <w:rPr/>
        <w:t>§ 2º. Cada Diretoria Temática será coordenada por um dirigente designado pela Diretoria Executiva entre os membros da Diretoria Colegiada, podendo contar com sindicalizados voluntários em sua composição.</w:t>
      </w:r>
    </w:p>
    <w:p>
      <w:pPr>
        <w:pStyle w:val="Normal"/>
        <w:ind w:firstLine="709"/>
        <w:jc w:val="both"/>
        <w:rPr/>
      </w:pPr>
      <w:r>
        <w:rPr/>
        <w:t>Art. 24. Compete à Diretoria Executiva cumprir e fazer cumprir as atividades da entidade, de acordo com o presente estatuto, dentro das diretrizes e deliberações da Diretoria Colegiada, cumprindo e fazendo cumprir as deliberações das assembleias gerais, e suas decisões constarão sempre de ata.</w:t>
      </w:r>
    </w:p>
    <w:p>
      <w:pPr>
        <w:pStyle w:val="Normal"/>
        <w:ind w:firstLine="709"/>
        <w:jc w:val="both"/>
        <w:rPr/>
      </w:pPr>
      <w:r>
        <w:rPr/>
        <w:t>Art. 25. À Diretoria Executiva cumpre executar as deliberações da Diretoria Colegiada, decidindo sobre as matérias afetas a cada cargo nomeado no art. 23, a fim de promover a gestão administrativa do Sindicato e, ainda:</w:t>
      </w:r>
    </w:p>
    <w:p>
      <w:pPr>
        <w:pStyle w:val="Normal"/>
        <w:ind w:firstLine="425" w:start="283"/>
        <w:jc w:val="both"/>
        <w:rPr/>
      </w:pPr>
      <w:r>
        <w:rPr/>
        <w:t>I — ordenar as despesas extraordinárias, ad referendum da Assembleia Geral;</w:t>
      </w:r>
    </w:p>
    <w:p>
      <w:pPr>
        <w:pStyle w:val="Normal"/>
        <w:ind w:firstLine="425" w:start="283"/>
        <w:jc w:val="both"/>
        <w:rPr/>
      </w:pPr>
      <w:r>
        <w:rPr/>
        <w:t>II — elaborar o orçamento anual que, com o parecer do Conselho Fiscal, será submetido à Assembleia Geral;</w:t>
      </w:r>
    </w:p>
    <w:p>
      <w:pPr>
        <w:pStyle w:val="Normal"/>
        <w:ind w:firstLine="425" w:start="283"/>
        <w:jc w:val="both"/>
        <w:rPr/>
      </w:pPr>
      <w:r>
        <w:rPr/>
        <w:t>III — examinar e aprovar os relatórios anuais e parciais e os planos de atividades do Sindicato a serem submetidos à Assembleia Geral e promover a execução deles depois de aprovados;</w:t>
      </w:r>
    </w:p>
    <w:p>
      <w:pPr>
        <w:pStyle w:val="Normal"/>
        <w:ind w:firstLine="425" w:start="283"/>
        <w:jc w:val="both"/>
        <w:rPr/>
      </w:pPr>
      <w:r>
        <w:rPr/>
        <w:t>IV — avaliar e homologar rescisões contratuais da categoria, atendendo a todos os preceitos legais trabalhistas;</w:t>
      </w:r>
    </w:p>
    <w:p>
      <w:pPr>
        <w:pStyle w:val="Normal"/>
        <w:ind w:firstLine="425" w:start="283"/>
        <w:jc w:val="both"/>
        <w:rPr/>
      </w:pPr>
      <w:r>
        <w:rPr/>
        <w:t>V — fazer organizar por contador, legalmente habilitado, e submeter à Assembleia Geral Ordinária, após a apreciação do Conselho Fiscal, o balanço financeiro do exercício anterior, apresentando o relatório de atividades do mesmo exercício e o programa para o exercício seguinte, providenciando as necessárias publicações;</w:t>
      </w:r>
    </w:p>
    <w:p>
      <w:pPr>
        <w:pStyle w:val="Normal"/>
        <w:ind w:firstLine="425" w:start="283"/>
        <w:jc w:val="both"/>
        <w:rPr/>
      </w:pPr>
      <w:r>
        <w:rPr/>
        <w:t>VI — por meio de seu Secretário-Geral, manter organizados os expedientes, ofícios e documentos relativos às atividades da entidade, além de manter arquivadas as atas das assembleias e reuniões, e dar suporte a todas as instâncias do Sindicato no que diz respeito aos aspectos formais das documentações produzidas;</w:t>
      </w:r>
    </w:p>
    <w:p>
      <w:pPr>
        <w:pStyle w:val="Normal"/>
        <w:ind w:firstLine="425" w:start="283"/>
        <w:jc w:val="both"/>
        <w:rPr/>
      </w:pPr>
      <w:r>
        <w:rPr/>
        <w:t>VII — homologar as doações recebidas pela entidade, nos termos do art. 44, § 2º;</w:t>
      </w:r>
    </w:p>
    <w:p>
      <w:pPr>
        <w:pStyle w:val="Normal"/>
        <w:ind w:firstLine="425" w:start="283"/>
        <w:jc w:val="both"/>
        <w:rPr/>
      </w:pPr>
      <w:r>
        <w:rPr/>
        <w:t>VIII — deliberar sobre o pagamento da remuneração mensal e das ajudas de custo dos dirigentes, nos termos do art. 27-A.</w:t>
      </w:r>
    </w:p>
    <w:p>
      <w:pPr>
        <w:pStyle w:val="Normal"/>
        <w:ind w:firstLine="709"/>
        <w:jc w:val="both"/>
        <w:rPr/>
      </w:pPr>
      <w:r>
        <w:rPr/>
        <w:t>Art. 26. A representação judicial e extrajudicial do Sindicato caberá ao seu Presidente, que em seus impedimentos poderá delegar tal poder a qualquer membro da Diretoria Colegiada.</w:t>
      </w:r>
    </w:p>
    <w:p>
      <w:pPr>
        <w:pStyle w:val="Normal"/>
        <w:ind w:firstLine="709"/>
        <w:jc w:val="both"/>
        <w:rPr/>
      </w:pPr>
      <w:r>
        <w:rPr/>
        <w:t>Art. 27. A ordenação de despesas e a assinatura de cheques e de outros documentos administrativos deverão ser efetuadas em conjunto pelo Presidente em exercício e pelo Tesoureiro em exercício.</w:t>
      </w:r>
    </w:p>
    <w:p>
      <w:pPr>
        <w:pStyle w:val="Normal"/>
        <w:ind w:firstLine="709"/>
        <w:jc w:val="both"/>
        <w:rPr/>
      </w:pPr>
      <w:r>
        <w:rPr/>
        <w:t>Art. 27-A. O exercício do mandato sindical é, em regra, não remunerado, podendo, contudo, mediante deliberação fundamentada da Diretoria Executiva e desde que haja disponibilidade de caixa, ser fixada remuneração mensal individual a cada dirigente no valor de até 1 (um) salário-mínimo nacional vigente, observados os princípios da publicidade, da economicidade e da prestação de contas.</w:t>
      </w:r>
    </w:p>
    <w:p>
      <w:pPr>
        <w:pStyle w:val="Normal"/>
        <w:ind w:firstLine="425" w:start="283"/>
        <w:jc w:val="both"/>
        <w:rPr/>
      </w:pPr>
      <w:r>
        <w:rPr/>
        <w:t>§ 1º. Independentemente da remuneração prevista no caput, é assegurada aos dirigentes, em qualquer hipótese, a restituição integral das despesas comprovadamente realizadas no exercício do mandato sindical, mediante apresentação dos respectivos comprovantes e prévia aprovação da Diretoria Executiva.</w:t>
      </w:r>
    </w:p>
    <w:p>
      <w:pPr>
        <w:pStyle w:val="Normal"/>
        <w:ind w:firstLine="425" w:start="283"/>
        <w:jc w:val="both"/>
        <w:rPr/>
      </w:pPr>
      <w:r>
        <w:rPr/>
        <w:t>§ 2º. É permitida, em caráter cumulativo ou alternativo à remuneração prevista no caput, a remuneração técnica de diretores do Sindicato pela administração de projetos, convênios e parcerias celebrados pela entidade, observados os princípios da publicidade, da economicidade e da prestação de contas. Os diretores terão prioridade na ocupação dos cargos de gestão destes projetos, sem prejuízo de suas funções estatutárias.</w:t>
      </w:r>
    </w:p>
    <w:p>
      <w:pPr>
        <w:pStyle w:val="Normal"/>
        <w:ind w:firstLine="425" w:start="283"/>
        <w:jc w:val="both"/>
        <w:rPr/>
      </w:pPr>
      <w:r>
        <w:rPr/>
        <w:t>§ 3º. A fixação, o reajuste, a suspensão e a redução da remuneração mensal prevista no caput dependem de deliberação expressa e fundamentada da Diretoria Executiva, registrada em ata e comunicada à Diretoria Colegiada e ao Conselho Fiscal.</w:t>
      </w:r>
    </w:p>
    <w:p>
      <w:pPr>
        <w:pStyle w:val="Normal"/>
        <w:ind w:firstLine="425" w:start="283"/>
        <w:jc w:val="both"/>
        <w:rPr/>
      </w:pPr>
      <w:r>
        <w:rPr/>
        <w:t>§ 4º. A remuneração mensal prevista no caput cessa automaticamente em caso de indisponibilidade de caixa, sem direito adquirido à manutenção do pagamento.</w:t>
      </w:r>
    </w:p>
    <w:p>
      <w:pPr>
        <w:pStyle w:val="Normal"/>
        <w:ind w:firstLine="425" w:start="283"/>
        <w:jc w:val="both"/>
        <w:rPr/>
      </w:pPr>
      <w:r>
        <w:rPr/>
        <w:t>§ 5º. O Conselho Fiscal acompanhará a aplicação deste artigo em suas atividades regulares de fiscalização, com pronunciamento expresso na ocasião da apreciação das contas anuais.</w:t>
      </w:r>
    </w:p>
    <w:p>
      <w:pPr>
        <w:pStyle w:val="Normal"/>
        <w:ind w:firstLine="709"/>
        <w:jc w:val="both"/>
        <w:rPr/>
      </w:pPr>
      <w:r>
        <w:rPr/>
        <w:t>Art. 28. O Conselho Fiscal, composto de 3 (três) membros eleitos conjuntamente com a Diretoria Executiva, fiscalizará a gestão financeira e patrimonial da Entidade, e emitirá parecer sobre o balanço anual e demais demonstrativos contábeis.</w:t>
      </w:r>
    </w:p>
    <w:p>
      <w:pPr>
        <w:pStyle w:val="Normal"/>
        <w:spacing w:before="240" w:after="120"/>
        <w:jc w:val="center"/>
        <w:rPr/>
      </w:pPr>
      <w:r>
        <w:rPr>
          <w:b/>
          <w:sz w:val="24"/>
        </w:rPr>
        <w:t>CAPÍTULO III — DAS COMISSÕES</w:t>
      </w:r>
    </w:p>
    <w:p>
      <w:pPr>
        <w:pStyle w:val="Normal"/>
        <w:ind w:firstLine="709"/>
        <w:jc w:val="both"/>
        <w:rPr/>
      </w:pPr>
      <w:r>
        <w:rPr/>
        <w:t>Art. 29. As atividades regulares e temporárias do Sindjor/MT poderão ser realizadas por meio de comissões, deferidas em reuniões ordinárias, extraordinárias ou em assembleias, com metas definidas e previsão de execução.</w:t>
      </w:r>
    </w:p>
    <w:p>
      <w:pPr>
        <w:pStyle w:val="Normal"/>
        <w:ind w:firstLine="425" w:start="283"/>
        <w:jc w:val="both"/>
        <w:rPr/>
      </w:pPr>
      <w:r>
        <w:rPr/>
        <w:t>§ 1º. Poderão participar das comissões qualquer sindicalizado, exigindo apenas a presença de ao menos um dos membros da Diretoria Colegiada, sendo este responsável por repassar o andamento do trabalho das comissões aos outros diretores e aos sindicalizados durante as reuniões do Sindicato.</w:t>
      </w:r>
    </w:p>
    <w:p>
      <w:pPr>
        <w:pStyle w:val="Normal"/>
        <w:ind w:firstLine="425" w:start="283"/>
        <w:jc w:val="both"/>
        <w:rPr/>
      </w:pPr>
      <w:r>
        <w:rPr/>
        <w:t>§ 2º. As comissões têm autonomia de trabalho, desde que respeitem os objetivos traçados em reunião de criação da comissão.</w:t>
      </w:r>
    </w:p>
    <w:p>
      <w:pPr>
        <w:pStyle w:val="Normal"/>
        <w:ind w:firstLine="425" w:start="283"/>
        <w:jc w:val="both"/>
        <w:rPr/>
      </w:pPr>
      <w:r>
        <w:rPr/>
        <w:t>§ 3º. Qualquer membro da comissão pode convocar reunião da comissão para discutir e implementar ações, em data e local que atenda à disponibilidade da maioria dos membros, mesmo que não coincida com a reunião convocada pelo Colegiado.</w:t>
      </w:r>
    </w:p>
    <w:p>
      <w:pPr>
        <w:pStyle w:val="Normal"/>
        <w:ind w:firstLine="425" w:start="283"/>
        <w:jc w:val="both"/>
        <w:rPr/>
      </w:pPr>
      <w:r>
        <w:rPr/>
        <w:t>§ 4º. As decisões e ações das comissões devem estar em consonância com este estatuto e devem ser aprovadas em reunião, com a presença de ao menos um membro da comissão.</w:t>
      </w:r>
    </w:p>
    <w:p>
      <w:pPr>
        <w:pStyle w:val="Normal"/>
        <w:ind w:firstLine="425" w:start="283"/>
        <w:jc w:val="both"/>
        <w:rPr/>
      </w:pPr>
      <w:r>
        <w:rPr/>
        <w:t>§ 5º. Todos os membros da comissão têm iguais poderes na tomada de decisões e ações.</w:t>
      </w:r>
    </w:p>
    <w:p>
      <w:pPr>
        <w:pStyle w:val="Normal"/>
        <w:spacing w:before="240" w:after="120"/>
        <w:jc w:val="center"/>
        <w:rPr/>
      </w:pPr>
      <w:r>
        <w:rPr>
          <w:b/>
          <w:sz w:val="24"/>
        </w:rPr>
        <w:t>CAPÍTULO IV — DA COMISSÃO DE ÉTICA</w:t>
      </w:r>
    </w:p>
    <w:p>
      <w:pPr>
        <w:pStyle w:val="Normal"/>
        <w:ind w:firstLine="709"/>
        <w:jc w:val="both"/>
        <w:rPr/>
      </w:pPr>
      <w:r>
        <w:rPr/>
        <w:t>Art. 30. A Comissão de Ética do Sindicato será composta por 3 (três) jornalistas atuantes em Mato Grosso, sindicalizados no gozo de seus direitos, com seus membros eleitos na mesma data da Diretoria Colegiada para um mandato de 2 (dois) anos.</w:t>
      </w:r>
    </w:p>
    <w:p>
      <w:pPr>
        <w:pStyle w:val="Normal"/>
        <w:ind w:firstLine="425" w:start="283"/>
        <w:jc w:val="both"/>
        <w:rPr/>
      </w:pPr>
      <w:r>
        <w:rPr/>
        <w:t>§ 1º. A eleição da referida comissão ocorrerá através de candidaturas avulsas, sem a vinculação de votos ao Colegiado, devendo o filiado, no ato da votação, optar distintamente por até três candidatos, sendo considerados eleitos os três mais votados.</w:t>
      </w:r>
    </w:p>
    <w:p>
      <w:pPr>
        <w:pStyle w:val="Normal"/>
        <w:ind w:firstLine="425" w:start="283"/>
        <w:jc w:val="both"/>
        <w:rPr/>
      </w:pPr>
      <w:r>
        <w:rPr/>
        <w:t>§ 2º. Só poderão tomar parte na Comissão de Ética jornalistas com no mínimo 6 (seis) anos de experiência profissional, com pelo menos 2 (dois) anos de sindicalização, e que não tenham sido nem estejam sendo processados com base no Código de Ética dos Jornalistas Brasileiros ou com base na Legislação Penal em vigor.</w:t>
      </w:r>
    </w:p>
    <w:p>
      <w:pPr>
        <w:pStyle w:val="Normal"/>
        <w:ind w:firstLine="425" w:start="283"/>
        <w:jc w:val="both"/>
        <w:rPr/>
      </w:pPr>
      <w:r>
        <w:rPr/>
        <w:t>§ 3º. Em caso de vacância de um ou mais membros da Comissão de Ética, a Diretoria Colegiada convocará Assembleia Geral Extraordinária para eleger novos membros, conforme necessidade.</w:t>
      </w:r>
    </w:p>
    <w:p>
      <w:pPr>
        <w:pStyle w:val="Normal"/>
        <w:ind w:firstLine="425" w:start="283"/>
        <w:jc w:val="both"/>
        <w:rPr/>
      </w:pPr>
      <w:r>
        <w:rPr/>
        <w:t>§ 4º. A eleição da Comissão de Ética é independente da chapa eleita para a Diretoria Colegiada, prevista no art. 52 deste estatuto, mantendo-se a sistemática de candidaturas avulsas como garantia da autonomia da Comissão.</w:t>
      </w:r>
    </w:p>
    <w:p>
      <w:pPr>
        <w:pStyle w:val="Normal"/>
        <w:ind w:firstLine="709"/>
        <w:jc w:val="both"/>
        <w:rPr/>
      </w:pPr>
      <w:r>
        <w:rPr/>
        <w:t>Art. 31. Cabe à Comissão de Ética:</w:t>
      </w:r>
    </w:p>
    <w:p>
      <w:pPr>
        <w:pStyle w:val="Normal"/>
        <w:ind w:firstLine="425" w:start="283"/>
        <w:jc w:val="both"/>
        <w:rPr/>
      </w:pPr>
      <w:r>
        <w:rPr/>
        <w:t>I — promover ações que incentivem a prática do jornalismo ético em Mato Grosso;</w:t>
      </w:r>
    </w:p>
    <w:p>
      <w:pPr>
        <w:pStyle w:val="Normal"/>
        <w:ind w:firstLine="425" w:start="283"/>
        <w:jc w:val="both"/>
        <w:rPr/>
      </w:pPr>
      <w:r>
        <w:rPr/>
        <w:t>II — analisar e dar parecer a respeito de processos individuais e/ou denúncias protocoladas na secretaria da entidade sobre temas e acontecimentos em que o procedimento ético profissional seja colocado em dúvida, propondo para a Diretoria Colegiada sanções disciplinares que vão da advertência à suspensão de direitos do sindicalizado, encaminhando para providências cabíveis quando o episódio envolver jornalistas não sindicalizados, observado o procedimento do Anexo I deste estatuto.</w:t>
      </w:r>
    </w:p>
    <w:p>
      <w:pPr>
        <w:pStyle w:val="Normal"/>
        <w:ind w:firstLine="425" w:start="283"/>
        <w:jc w:val="both"/>
        <w:rPr/>
      </w:pPr>
      <w:r>
        <w:rPr/>
        <w:t>§ 1º. A Comissão de Ética terá prazo de 30 (trinta) dias para apresentar parecer final das representações disciplinares, podendo ser requerida, justificadamente, à Diretoria Executiva a dilação do prazo, na forma do Anexo I.</w:t>
      </w:r>
    </w:p>
    <w:p>
      <w:pPr>
        <w:pStyle w:val="Normal"/>
        <w:ind w:firstLine="425" w:start="283"/>
        <w:jc w:val="both"/>
        <w:rPr/>
      </w:pPr>
      <w:r>
        <w:rPr/>
        <w:t>§ 2º. A Comissão de Ética deverá se reunir ordinariamente uma vez por mês, podendo convocar reuniões extraordinárias conforme necessidade.</w:t>
      </w:r>
    </w:p>
    <w:p>
      <w:pPr>
        <w:pStyle w:val="Normal"/>
        <w:ind w:firstLine="425" w:start="283"/>
        <w:jc w:val="both"/>
        <w:rPr/>
      </w:pPr>
      <w:r>
        <w:rPr/>
        <w:t>§ 3º. Os membros da Comissão de Ética que faltarem a 3 (três) reuniões consecutivas ou 5 (cinco) alternadas, sem justificativa aceitável, serão advertidos por escrito; os que faltarem a 5 (cinco) reuniões consecutivas ou 8 (oito) alternadas, sem justificativa aceitável, perderão o cargo.</w:t>
      </w:r>
    </w:p>
    <w:p>
      <w:pPr>
        <w:pStyle w:val="Normal"/>
        <w:ind w:firstLine="709"/>
        <w:jc w:val="both"/>
        <w:rPr/>
      </w:pPr>
      <w:r>
        <w:rPr/>
        <w:t>Art. 31-A. O processo ético obedecerá a ritos distintos, conforme a função ocupada pelo denunciado, observado o procedimento detalhado constante do Anexo I deste Estatuto:</w:t>
      </w:r>
    </w:p>
    <w:p>
      <w:pPr>
        <w:pStyle w:val="Normal"/>
        <w:ind w:firstLine="425" w:start="283"/>
        <w:jc w:val="both"/>
        <w:rPr/>
      </w:pPr>
      <w:r>
        <w:rPr/>
        <w:t>§ 1º. Do Rito Comum — aplicável quando o denunciado for sindicalizado sem cargo na Diretoria, ou jornalista não sindicalizado, conforme regulamentação do Capítulo II do Anexo I.</w:t>
      </w:r>
    </w:p>
    <w:p>
      <w:pPr>
        <w:pStyle w:val="Normal"/>
        <w:ind w:firstLine="425" w:start="283"/>
        <w:jc w:val="both"/>
        <w:rPr/>
      </w:pPr>
      <w:r>
        <w:rPr/>
        <w:t>§ 2º. Do Rito Especial — aplicável quando o denunciado for membro da Diretoria Executiva ou da Diretoria Colegiada, conforme regulamentação do Capítulo III do Anexo I.</w:t>
      </w:r>
    </w:p>
    <w:p>
      <w:pPr>
        <w:pStyle w:val="Normal"/>
        <w:ind w:firstLine="425" w:start="283"/>
        <w:jc w:val="both"/>
        <w:rPr/>
      </w:pPr>
      <w:r>
        <w:rPr/>
        <w:t>§ 3º. Em todos os ritos, são assegurados os princípios constitucionais do contraditório, da ampla defesa, da legalidade, da impessoalidade, da moralidade, da publicidade dos atos e da motivação das decisões, observadas as regras procedimentais do Anexo I.</w:t>
      </w:r>
    </w:p>
    <w:p>
      <w:pPr>
        <w:pStyle w:val="Normal"/>
        <w:ind w:firstLine="425" w:start="283"/>
        <w:jc w:val="both"/>
        <w:rPr/>
      </w:pPr>
      <w:r>
        <w:rPr/>
        <w:t>§ 4º. Aplicam-se subsidiariamente as disposições da Lei nº 9.784, de 29 de janeiro de 1999 (Processo Administrativo Federal) e os procedimentos do Código de Ética dos Jornalistas Brasileiros nos pontos omissos.</w:t>
      </w:r>
    </w:p>
    <w:p>
      <w:pPr>
        <w:pStyle w:val="Normal"/>
        <w:spacing w:before="240" w:after="120"/>
        <w:jc w:val="center"/>
        <w:rPr/>
      </w:pPr>
      <w:r>
        <w:rPr>
          <w:b/>
          <w:sz w:val="24"/>
        </w:rPr>
        <w:t>CAPÍTULO IV-A — DO CONSELHO CONSULTIVO DE EX-DIRIGENTES</w:t>
      </w:r>
    </w:p>
    <w:p>
      <w:pPr>
        <w:pStyle w:val="Normal"/>
        <w:ind w:firstLine="709"/>
        <w:jc w:val="both"/>
        <w:rPr/>
      </w:pPr>
      <w:r>
        <w:rPr/>
        <w:t>Art. 31-B. Fica criado o Conselho Consultivo de Ex-Dirigentes, de caráter não deliberativo e sem direito a voto, composto por ex-presidentes e ex-diretores do Sindjor/MT, com a função de aconselhar a gestão e preservar a memória institucional da entidade.</w:t>
      </w:r>
    </w:p>
    <w:p>
      <w:pPr>
        <w:pStyle w:val="Normal"/>
        <w:ind w:firstLine="425" w:start="283"/>
        <w:jc w:val="both"/>
        <w:rPr/>
      </w:pPr>
      <w:r>
        <w:rPr/>
        <w:t>§ 1º. O Conselho Consultivo reunir-se-á ordinariamente uma vez por semestre, e extraordinariamente sempre que convocado pela Diretoria Executiva ou pela maioria de seus integrantes.</w:t>
      </w:r>
    </w:p>
    <w:p>
      <w:pPr>
        <w:pStyle w:val="Normal"/>
        <w:ind w:firstLine="425" w:start="283"/>
        <w:jc w:val="both"/>
        <w:rPr/>
      </w:pPr>
      <w:r>
        <w:rPr/>
        <w:t>§ 2º. A participação no Conselho Consultivo é voluntária e não confere direitos remuneratórios ou de representação política da entidade.</w:t>
      </w:r>
    </w:p>
    <w:p>
      <w:pPr>
        <w:pStyle w:val="Normal"/>
        <w:ind w:firstLine="425" w:start="283"/>
        <w:jc w:val="both"/>
        <w:rPr/>
      </w:pPr>
      <w:r>
        <w:rPr/>
        <w:t>§ 3º. As manifestações do Conselho Consultivo têm caráter recomendatório e serão registradas em ata.</w:t>
      </w:r>
    </w:p>
    <w:p>
      <w:pPr>
        <w:pStyle w:val="Normal"/>
        <w:spacing w:before="240" w:after="120"/>
        <w:jc w:val="center"/>
        <w:rPr/>
      </w:pPr>
      <w:r>
        <w:rPr>
          <w:b/>
          <w:sz w:val="24"/>
        </w:rPr>
        <w:t>CAPÍTULO V — DA DELEGAÇÃO JUNTO AO CONSELHO DE REPRESENTANTES DA FENAJ</w:t>
      </w:r>
    </w:p>
    <w:p>
      <w:pPr>
        <w:pStyle w:val="Normal"/>
        <w:ind w:firstLine="709"/>
        <w:jc w:val="both"/>
        <w:rPr/>
      </w:pPr>
      <w:r>
        <w:rPr/>
        <w:t>Art. 32. Dentre os membros da Diretoria Colegiada serão eleitos, em reunião aberta convocada especialmente para este fim, 2 (dois) Delegados para integrar o Conselho de Representantes da Federação Nacional dos Jornalistas (Fenaj), representando o Sindjor/MT.</w:t>
      </w:r>
    </w:p>
    <w:p>
      <w:pPr>
        <w:pStyle w:val="Normal"/>
        <w:ind w:firstLine="425" w:start="283"/>
        <w:jc w:val="both"/>
        <w:rPr/>
      </w:pPr>
      <w:r>
        <w:rPr/>
        <w:t>Parágrafo Único. As atribuições do delegado junto à Fenaj serão conferidas pela entidade nacional, e o posicionamento dos delegados estará em consonância com as políticas em vigor do Sindjor/MT.</w:t>
      </w:r>
    </w:p>
    <w:p>
      <w:pPr>
        <w:pStyle w:val="Normal"/>
        <w:spacing w:before="240" w:after="120"/>
        <w:jc w:val="center"/>
        <w:rPr/>
      </w:pPr>
      <w:r>
        <w:rPr>
          <w:b/>
          <w:sz w:val="24"/>
        </w:rPr>
        <w:t>CAPÍTULO VI — DO CONGRESSO ESTADUAL</w:t>
      </w:r>
    </w:p>
    <w:p>
      <w:pPr>
        <w:pStyle w:val="Normal"/>
        <w:ind w:firstLine="709"/>
        <w:jc w:val="both"/>
        <w:rPr/>
      </w:pPr>
      <w:r>
        <w:rPr/>
        <w:t>Art. 33. A Diretoria poderá organizar a cada dois anos um congresso estadual dos jornalistas profissionais, aberto à participação de profissionais de áreas afins da Comunicação e demais convidados que contribuam com os temas em pauta.</w:t>
      </w:r>
    </w:p>
    <w:p>
      <w:pPr>
        <w:pStyle w:val="Normal"/>
        <w:ind w:firstLine="709"/>
        <w:jc w:val="both"/>
        <w:rPr/>
      </w:pPr>
      <w:r>
        <w:rPr/>
        <w:t>Art. 34. O Congresso tem a finalidade de permitir a análise da situação da categoria, das condições gerais de funcionamento e desenvolvimento da sociedade brasileira, das lutas dos trabalhadores, como contribuição de relevância à definição das lutas e campanhas da categoria, bem como ao trabalho do Sindicato.</w:t>
      </w:r>
    </w:p>
    <w:p>
      <w:pPr>
        <w:pStyle w:val="Normal"/>
        <w:ind w:firstLine="709"/>
        <w:jc w:val="both"/>
        <w:rPr/>
      </w:pPr>
      <w:r>
        <w:t>Parágrafo único. O Congresso Estadual tem natureza consultiva e programática, destinado ao debate e à formulação de orientações e resoluções para a atuação do Sindicato, sem caráter deliberativo nem poder decisório vinculante, observadas as competências da Assembleia Geral.</w:t>
      </w:r>
    </w:p>
    <w:p>
      <w:pPr>
        <w:pStyle w:val="Normal"/>
        <w:spacing w:before="240" w:after="120"/>
        <w:jc w:val="center"/>
        <w:rPr/>
      </w:pPr>
      <w:r>
        <w:rPr>
          <w:b/>
          <w:sz w:val="24"/>
        </w:rPr>
        <w:t>CAPÍTULO VII — DAS REPRESENTAÇÕES REGIONAIS</w:t>
      </w:r>
    </w:p>
    <w:p>
      <w:pPr>
        <w:pStyle w:val="Normal"/>
        <w:ind w:firstLine="709"/>
        <w:jc w:val="both"/>
        <w:rPr/>
      </w:pPr>
      <w:r>
        <w:rPr/>
        <w:t>Art. 35. O Sindicato dos Jornalistas de Mato Grosso poderá se organizar em Representações Regionais, cuja direção será necessariamente eleita pelos sindicalizados em atividade local.</w:t>
      </w:r>
    </w:p>
    <w:p>
      <w:pPr>
        <w:pStyle w:val="Normal"/>
        <w:ind w:firstLine="425" w:start="283"/>
        <w:jc w:val="both"/>
        <w:rPr/>
      </w:pPr>
      <w:r>
        <w:rPr/>
        <w:t>§ 1º. A criação de uma representação regional deve ser aprovada em reunião do Sindicato, na qual deverá ser definida a abrangência geográfica de tal representação (municípios que serão atendidos).</w:t>
      </w:r>
    </w:p>
    <w:p>
      <w:pPr>
        <w:pStyle w:val="Normal"/>
        <w:ind w:firstLine="425" w:start="283"/>
        <w:jc w:val="both"/>
        <w:rPr/>
      </w:pPr>
      <w:r>
        <w:rPr/>
        <w:t>§ 2º. As representações regionais serão compostas por 3 (três) membros, por candidaturas individuais, eleitos em assembleia local convocada especialmente para este fim, a ser realizada em até 7 (sete) dias após as eleições da Diretoria Colegiada, sendo que o mandato das representações será vinculado ao mandato da Diretoria Colegiada.</w:t>
      </w:r>
    </w:p>
    <w:p>
      <w:pPr>
        <w:pStyle w:val="Normal"/>
        <w:ind w:firstLine="425" w:start="283"/>
        <w:jc w:val="both"/>
        <w:rPr/>
      </w:pPr>
      <w:r>
        <w:rPr/>
        <w:t>§ 3º. Em caso de representações regionais recém-criadas, o primeiro grupo terá o mandato com prazo reduzido, de forma a ser findado juntamente com o mandato da Diretoria Colegiada em vigor.</w:t>
      </w:r>
    </w:p>
    <w:p>
      <w:pPr>
        <w:pStyle w:val="Normal"/>
        <w:ind w:firstLine="709"/>
        <w:jc w:val="both"/>
        <w:rPr/>
      </w:pPr>
      <w:r>
        <w:rPr/>
        <w:t>Art. 36. Cabe às representações regionais representar o Sindicato e defender os interesses da entidade e da categoria perante poderes políticos e empresas, no âmbito de sua atuação territorial.</w:t>
      </w:r>
    </w:p>
    <w:p>
      <w:pPr>
        <w:pStyle w:val="Normal"/>
        <w:ind w:firstLine="425" w:start="283"/>
        <w:jc w:val="both"/>
        <w:rPr/>
      </w:pPr>
      <w:r>
        <w:rPr/>
        <w:t>§ 1º. A diretoria regional deve atuar respeitando as diretrizes gerais da política sindical aprovadas pela Diretoria Colegiada e em consonância com este estatuto.</w:t>
      </w:r>
    </w:p>
    <w:p>
      <w:pPr>
        <w:pStyle w:val="Normal"/>
        <w:ind w:firstLine="425" w:start="283"/>
        <w:jc w:val="both"/>
        <w:rPr/>
      </w:pPr>
      <w:r>
        <w:rPr/>
        <w:t>§ 2º. As decisões e ações das diretorias regionais devem ser informadas por escrito à Diretoria Colegiada, para conhecimento e providências.</w:t>
      </w:r>
    </w:p>
    <w:p>
      <w:pPr>
        <w:pStyle w:val="Normal"/>
        <w:ind w:firstLine="425" w:start="283"/>
        <w:jc w:val="both"/>
        <w:rPr/>
      </w:pPr>
      <w:r>
        <w:rPr/>
        <w:t>§ 3º. Todos os membros da diretoria regional têm iguais poderes na tomada de decisões e ações.</w:t>
      </w:r>
    </w:p>
    <w:p>
      <w:pPr>
        <w:pStyle w:val="Normal"/>
        <w:spacing w:before="240" w:after="120"/>
        <w:jc w:val="center"/>
        <w:rPr/>
      </w:pPr>
      <w:r>
        <w:rPr>
          <w:b/>
          <w:sz w:val="24"/>
        </w:rPr>
        <w:t>CAPÍTULO VIII — DA JUNTA ADMINISTRATIVA</w:t>
      </w:r>
    </w:p>
    <w:p>
      <w:pPr>
        <w:pStyle w:val="Normal"/>
        <w:ind w:firstLine="709"/>
        <w:jc w:val="both"/>
        <w:rPr/>
      </w:pPr>
      <w:r>
        <w:rPr/>
        <w:t>Art. 37. Caso a eleição não seja concluída até o término do mandato vigente, ou se houver atraso no pleito por motivo alheio à vontade da gestão, a Diretoria Executiva será automaticamente transformada em Junta Administrativa, mantendo todos os poderes de gestão até a posse dos novos eleitos, assegurando-se a continuidade administrativa e financeira da entidade.</w:t>
      </w:r>
    </w:p>
    <w:p>
      <w:pPr>
        <w:pStyle w:val="Normal"/>
        <w:ind w:firstLine="425" w:start="283"/>
        <w:jc w:val="both"/>
        <w:rPr/>
      </w:pPr>
      <w:r>
        <w:rPr/>
        <w:t>§ 1º. Configurada a hipótese deste artigo, a Diretoria Executiva, agora investida das funções de Junta Administrativa, deverá convocar a Assembleia Geral Extraordinária para constituir a Comissão Eleitoral no prazo máximo de 60 (sessenta) dias, contados da data de início da gestão como Junta.</w:t>
      </w:r>
    </w:p>
    <w:p>
      <w:pPr>
        <w:pStyle w:val="Normal"/>
        <w:ind w:firstLine="425" w:start="283"/>
        <w:jc w:val="both"/>
        <w:rPr/>
      </w:pPr>
      <w:r>
        <w:rPr/>
        <w:t>§ 2º. Subsidiariamente, se a Diretoria Executiva estiver impedida, vacante ou ausente de forma que impossibilite sua transformação automática em Junta, a Assembleia Geral Extraordinária, convocada por 1/5 (um quinto) dos sindicalizados quites, elegerá Junta Administrativa composta por 5 (cinco) jornalistas sindicalizados em situação regular e em gozo de seus direitos estatutários.</w:t>
      </w:r>
    </w:p>
    <w:p>
      <w:pPr>
        <w:pStyle w:val="Normal"/>
        <w:ind w:firstLine="709"/>
        <w:jc w:val="both"/>
        <w:rPr/>
      </w:pPr>
      <w:r>
        <w:rPr/>
        <w:t>Art. 38. A Junta Administrativa, em qualquer das hipóteses do art. 37, será composta por 5 (cinco) integrantes  com a mesma composição da Diretoria Executiva.</w:t>
      </w:r>
    </w:p>
    <w:p>
      <w:pPr>
        <w:pStyle w:val="Normal"/>
        <w:ind w:firstLine="709"/>
        <w:jc w:val="both"/>
        <w:rPr/>
      </w:pPr>
      <w:r>
        <w:t>Art. 39. As eleições serão realizadas, obrigatoriamente, em até 1 (um) ano após o início da gestão da Junta Administrativa.</w:t>
      </w:r>
    </w:p>
    <w:p>
      <w:pPr>
        <w:pStyle w:val="Normal"/>
        <w:ind w:firstLine="709"/>
        <w:jc w:val="both"/>
        <w:rPr/>
      </w:pPr>
      <w:r>
        <w:t>§ 1º. Não realizadas as eleições no prazo do caput, a Junta Administrativa apresentará ao Conselho Fiscal, em até 30 (trinta) dias, parecer fundamentado expondo os motivos do não cumprimento e as providências em curso.</w:t>
      </w:r>
    </w:p>
    <w:p>
      <w:pPr>
        <w:pStyle w:val="Normal"/>
        <w:ind w:firstLine="709"/>
        <w:jc w:val="both"/>
        <w:rPr/>
      </w:pPr>
      <w:r>
        <w:t>§ 2º. Superados os motivos que impediram o pleito, a Junta Administrativa disporá de prazo adicional de até 1 (um) ano para concluí-lo.</w:t>
      </w:r>
    </w:p>
    <w:p>
      <w:pPr>
        <w:pStyle w:val="Normal"/>
        <w:ind w:firstLine="709"/>
        <w:jc w:val="both"/>
        <w:rPr/>
      </w:pPr>
      <w:r>
        <w:t>§ 3º. Persistindo o impedimento ao término do prazo adicional, a Junta Administrativa permanecerá responsável pela continuidade administrativa e financeira da entidade e ficará obrigada a apresentar ao Conselho Fiscal, a cada 1 (um) ano, novo parecer fundamentado sobre os motivos da não realização das eleições e as providências adotadas, até a efetivação do pleito.</w:t>
      </w:r>
    </w:p>
    <w:p>
      <w:pPr>
        <w:pStyle w:val="Normal"/>
        <w:ind w:firstLine="709"/>
        <w:jc w:val="both"/>
        <w:rPr/>
      </w:pPr>
      <w:r>
        <w:rPr/>
        <w:t>Art. 40. São competências da Junta Administrativa as previstas no art. 20 deste estatuto.</w:t>
      </w:r>
    </w:p>
    <w:p>
      <w:pPr>
        <w:pStyle w:val="Normal"/>
        <w:ind w:firstLine="425" w:start="283"/>
        <w:jc w:val="both"/>
        <w:rPr/>
      </w:pPr>
      <w:r>
        <w:rPr/>
        <w:t>Parágrafo Único. Todos os membros da Junta Administrativa têm iguais poderes na tomada de decisões e ações.</w:t>
      </w:r>
    </w:p>
    <w:p>
      <w:pPr>
        <w:pStyle w:val="Normal"/>
        <w:ind w:firstLine="709"/>
        <w:jc w:val="both"/>
        <w:rPr/>
      </w:pPr>
      <w:r>
        <w:rPr/>
        <w:t>Art. 41. A fim de garantir a segurança administrativa e financeira do Sindicato, as ações previstas no art. 27 deverão ser assinadas por 2 (dois) dos membros da Junta Administrativa, designados especialmente para este fim na mesma assembleia ou ato em que se instalou a Junta.</w:t>
      </w:r>
    </w:p>
    <w:p>
      <w:pPr>
        <w:pStyle w:val="Normal"/>
        <w:spacing w:before="360" w:after="160"/>
        <w:jc w:val="center"/>
        <w:rPr/>
      </w:pPr>
      <w:r>
        <w:rPr>
          <w:b/>
          <w:sz w:val="26"/>
        </w:rPr>
        <w:t>TÍTULO IV — DO ORÇAMENTO E DO PATRIMÔNIO</w:t>
      </w:r>
    </w:p>
    <w:p>
      <w:pPr>
        <w:pStyle w:val="Normal"/>
        <w:spacing w:before="240" w:after="120"/>
        <w:jc w:val="center"/>
        <w:rPr/>
      </w:pPr>
      <w:r>
        <w:rPr>
          <w:b/>
          <w:sz w:val="24"/>
        </w:rPr>
        <w:t>CAPÍTULO I — DO ORÇAMENTO</w:t>
      </w:r>
    </w:p>
    <w:p>
      <w:pPr>
        <w:pStyle w:val="Normal"/>
        <w:ind w:firstLine="709"/>
        <w:jc w:val="both"/>
        <w:rPr/>
      </w:pPr>
      <w:r>
        <w:rPr/>
        <w:t>Art. 42. O Plano Orçamentário Anual, elaborado pelo Colegiado e proposto à Assembleia Geral, definirá a aplicação dos recursos disponíveis da entidade visando à realização dos interesses da categoria.</w:t>
      </w:r>
    </w:p>
    <w:p>
      <w:pPr>
        <w:pStyle w:val="Normal"/>
        <w:ind w:firstLine="425" w:start="283"/>
        <w:jc w:val="both"/>
        <w:rPr/>
      </w:pPr>
      <w:r>
        <w:rPr/>
        <w:t>§ 1º. O Plano Orçamentário Anual, com validade até o fim de cada ano da gestão, deve ser apresentado e aprovado em Assembleia Geral até o final do mês de março de cada ano de gestão.</w:t>
      </w:r>
    </w:p>
    <w:p>
      <w:pPr>
        <w:pStyle w:val="Normal"/>
        <w:ind w:firstLine="425" w:start="283"/>
        <w:jc w:val="both"/>
        <w:rPr/>
      </w:pPr>
      <w:r>
        <w:rPr/>
        <w:t>§ 2º. O Plano Orçamentário Anual, após a aprovação prevista neste artigo, será publicado em resumo no prazo de 30 (trinta) dias contados da data de realização da Assembleia Geral que o aprovou, nos veículos de comunicação do Sindicato.</w:t>
      </w:r>
    </w:p>
    <w:p>
      <w:pPr>
        <w:pStyle w:val="Normal"/>
        <w:ind w:firstLine="425" w:start="283"/>
        <w:jc w:val="both"/>
        <w:rPr/>
      </w:pPr>
      <w:r>
        <w:rPr/>
        <w:t>§ 3º. As dotações orçamentárias que se apresentarem insuficientes para o atendimento das despesas, ou não concluídas nos orçamentos correntes, poderão ser ajustadas ao fluxo de gastos mediante a abertura de créditos adicionais solicitados pela Diretoria à Assembleia Geral, cujos atos concessórios serão publicados até o último dia do exercício correspondente, obedecida a mesma sistemática prevista no parágrafo anterior.</w:t>
      </w:r>
    </w:p>
    <w:p>
      <w:pPr>
        <w:pStyle w:val="Normal"/>
        <w:ind w:firstLine="425" w:start="283"/>
        <w:jc w:val="both"/>
        <w:rPr/>
      </w:pPr>
      <w:r>
        <w:rPr/>
        <w:t>§ 4º. Os créditos adicionais classificam-se em:</w:t>
      </w:r>
    </w:p>
    <w:p>
      <w:pPr>
        <w:pStyle w:val="Normal"/>
        <w:ind w:start="850"/>
        <w:jc w:val="both"/>
        <w:rPr/>
      </w:pPr>
      <w:r>
        <w:rPr/>
        <w:t>a) suplementares, os destinados a reforçar dotações alocadas no Plano Orçamentário Anual;</w:t>
      </w:r>
    </w:p>
    <w:p>
      <w:pPr>
        <w:pStyle w:val="Normal"/>
        <w:ind w:start="850"/>
        <w:jc w:val="both"/>
        <w:rPr/>
      </w:pPr>
      <w:r>
        <w:rPr/>
        <w:t>b) especiais, os destinados a incluir dotações no orçamento, a fim de fazer face a despesas para as quais não se tenha considerado crédito específico.</w:t>
      </w:r>
    </w:p>
    <w:p>
      <w:pPr>
        <w:pStyle w:val="Normal"/>
        <w:ind w:firstLine="709"/>
        <w:jc w:val="both"/>
        <w:rPr/>
      </w:pPr>
      <w:r>
        <w:rPr/>
        <w:t>Art. 43. Os Balanços Financeiro e Patrimonial serão remetidos à aprovação da Assembleia Geral ao fim de cada ano da gestão.</w:t>
      </w:r>
    </w:p>
    <w:p>
      <w:pPr>
        <w:pStyle w:val="Normal"/>
        <w:spacing w:before="240" w:after="120"/>
        <w:jc w:val="center"/>
        <w:rPr/>
      </w:pPr>
      <w:r>
        <w:rPr>
          <w:b/>
          <w:sz w:val="24"/>
        </w:rPr>
        <w:t>CAPÍTULO II — DO PATRIMÔNIO</w:t>
      </w:r>
    </w:p>
    <w:p>
      <w:pPr>
        <w:pStyle w:val="Normal"/>
        <w:ind w:firstLine="709"/>
        <w:jc w:val="both"/>
        <w:rPr/>
      </w:pPr>
      <w:r>
        <w:rPr/>
        <w:t>Art. 44. O Patrimônio da Entidade constitui-se:</w:t>
      </w:r>
    </w:p>
    <w:p>
      <w:pPr>
        <w:pStyle w:val="Normal"/>
        <w:ind w:start="850"/>
        <w:jc w:val="both"/>
        <w:rPr/>
      </w:pPr>
      <w:r>
        <w:rPr/>
        <w:t>a) dos bens móveis e imóveis;</w:t>
      </w:r>
    </w:p>
    <w:p>
      <w:pPr>
        <w:pStyle w:val="Normal"/>
        <w:ind w:start="850"/>
        <w:jc w:val="both"/>
        <w:rPr/>
      </w:pPr>
      <w:r>
        <w:rPr/>
        <w:t>b) das doações e dos legados.</w:t>
      </w:r>
    </w:p>
    <w:p>
      <w:pPr>
        <w:pStyle w:val="Normal"/>
        <w:ind w:firstLine="425" w:start="283"/>
        <w:jc w:val="both"/>
        <w:rPr/>
      </w:pPr>
      <w:r>
        <w:rPr/>
        <w:t>§ 1º. A receita do Sindicato dos Jornalistas constitui-se de:</w:t>
      </w:r>
    </w:p>
    <w:p>
      <w:pPr>
        <w:pStyle w:val="Normal"/>
        <w:ind w:start="850"/>
        <w:jc w:val="both"/>
        <w:rPr/>
      </w:pPr>
      <w:r>
        <w:rPr/>
        <w:t>a) das mensalidades dos associados, na conformidade da deliberação de Assembleia Geral convocada especificamente para o fim de fixá-la;</w:t>
      </w:r>
    </w:p>
    <w:p>
      <w:pPr>
        <w:pStyle w:val="Normal"/>
        <w:ind w:start="850"/>
        <w:jc w:val="both"/>
        <w:rPr/>
      </w:pPr>
      <w:r>
        <w:rPr/>
        <w:t>b) das contribuições devidas ao Sindicato pelos que participam da categoria profissional em decorrência da norma legal ou cláusula inserida em Convenção Coletiva de Trabalho, Acordo Coletivo de Trabalho e Sentença Normativa;</w:t>
      </w:r>
    </w:p>
    <w:p>
      <w:pPr>
        <w:pStyle w:val="Normal"/>
        <w:ind w:start="850"/>
        <w:jc w:val="both"/>
        <w:rPr/>
      </w:pPr>
      <w:r>
        <w:rPr/>
        <w:t>c) dos bens e valores adquiridos e das rendas produzidas por eles;</w:t>
      </w:r>
    </w:p>
    <w:p>
      <w:pPr>
        <w:pStyle w:val="Normal"/>
        <w:ind w:start="850"/>
        <w:jc w:val="both"/>
        <w:rPr/>
      </w:pPr>
      <w:r>
        <w:rPr/>
        <w:t>d) das multas e das outras rendas eventuais;</w:t>
      </w:r>
    </w:p>
    <w:p>
      <w:pPr>
        <w:pStyle w:val="Normal"/>
        <w:ind w:start="850"/>
        <w:jc w:val="both"/>
        <w:rPr/>
      </w:pPr>
      <w:r>
        <w:rPr/>
        <w:t>e) dos direitos patrimoniais decorrentes da celebração de contratos;</w:t>
      </w:r>
    </w:p>
    <w:p>
      <w:pPr>
        <w:pStyle w:val="Normal"/>
        <w:ind w:start="850"/>
        <w:jc w:val="both"/>
        <w:rPr/>
      </w:pPr>
      <w:r>
        <w:rPr/>
        <w:t>f) das doações recebidas, desde que não comprometam a autonomia política do Sindicato;</w:t>
      </w:r>
    </w:p>
    <w:p>
      <w:pPr>
        <w:pStyle w:val="Normal"/>
        <w:ind w:start="850"/>
        <w:jc w:val="both"/>
        <w:rPr/>
      </w:pPr>
      <w:r>
        <w:rPr/>
        <w:t>g) dos recursos provenientes de emendas parlamentares, convênios, parcerias, patrocínios e captação de projetos, observada a destinação específica de cada instrumento.</w:t>
      </w:r>
    </w:p>
    <w:p>
      <w:pPr>
        <w:pStyle w:val="Normal"/>
        <w:ind w:firstLine="425" w:start="283"/>
        <w:jc w:val="both"/>
        <w:rPr/>
      </w:pPr>
      <w:r>
        <w:rPr/>
        <w:t>§ 2º. As doações recebidas pelo Sindicato deverão ser homologadas pela Diretoria Executiva, com registro em ata, observados os princípios da publicidade, da transparência e da autonomia sindical.</w:t>
      </w:r>
    </w:p>
    <w:p>
      <w:pPr>
        <w:pStyle w:val="Normal"/>
        <w:ind w:firstLine="709"/>
        <w:jc w:val="both"/>
        <w:rPr/>
      </w:pPr>
      <w:r>
        <w:rPr/>
        <w:t>Art. 44-A. No caso de recebimento de verbas parlamentares, recursos públicos de qualquer natureza, valores oriundos de convênios, parcerias, patrocínios ou captação de projetos, os membros da Diretoria Executiva e da Diretoria Colegiada terão preferência na contratação para o exercício das funções técnicas, administrativas e de coordenação relacionadas ao objeto específico de cada instrumento, observados os requisitos de qualificação, a compatibilidade com a função e os princípios da publicidade, da economicidade, da impessoalidade e da prestação de contas.</w:t>
      </w:r>
    </w:p>
    <w:p>
      <w:pPr>
        <w:pStyle w:val="Normal"/>
        <w:ind w:firstLine="425" w:start="283"/>
        <w:jc w:val="both"/>
        <w:rPr/>
      </w:pPr>
      <w:r>
        <w:rPr/>
        <w:t>§ 1º. A preferência prevista no caput observará, em qualquer hipótese, as regras específicas do instrumento concedente (edital, termo de convênio, lei de incentivo, termo de colaboração ou fomento), prevalecendo, em caso de conflito, as exigências do ente repassador.</w:t>
      </w:r>
    </w:p>
    <w:p>
      <w:pPr>
        <w:pStyle w:val="Normal"/>
        <w:ind w:firstLine="425" w:start="283"/>
        <w:jc w:val="both"/>
        <w:rPr/>
      </w:pPr>
      <w:r>
        <w:rPr/>
        <w:t>§ 2º. A contratação na forma deste artigo será deliberada pela Diretoria Executiva, com registro em ata, e comunicada ao Conselho Fiscal e à Diretoria Colegiada, asseguradas a transparência e a publicidade do ato, inclusive nos canais oficiais do Sindicato.</w:t>
      </w:r>
    </w:p>
    <w:p>
      <w:pPr>
        <w:pStyle w:val="Normal"/>
        <w:ind w:firstLine="425" w:start="283"/>
        <w:jc w:val="both"/>
        <w:rPr/>
      </w:pPr>
      <w:r>
        <w:rPr/>
        <w:t>§ 3º. A remuneração pelas funções desempenhadas nos termos deste artigo observará o disposto no art. 27-A, § 2º, deste estatuto, e os limites e parâmetros fixados no respectivo instrumento concedente.</w:t>
      </w:r>
    </w:p>
    <w:p>
      <w:pPr>
        <w:pStyle w:val="Normal"/>
        <w:ind w:firstLine="425" w:start="283"/>
        <w:jc w:val="both"/>
        <w:rPr/>
      </w:pPr>
      <w:r>
        <w:rPr/>
        <w:t>§ 4º. Não havendo, entre os dirigentes, profissional qualificado, disponível ou interessado na função, ou havendo vedação expressa no instrumento concedente, a contratação será aberta a terceiros, observados os mesmos princípios.</w:t>
      </w:r>
    </w:p>
    <w:p>
      <w:pPr>
        <w:pStyle w:val="Normal"/>
        <w:ind w:firstLine="425" w:start="283"/>
        <w:jc w:val="both"/>
        <w:rPr/>
      </w:pPr>
      <w:r>
        <w:rPr/>
        <w:t>§ 5º. É vedada a contratação que configure conflito de interesses, sobreposição indevida com as atribuições estatutárias regulares do dirigente, ou prejuízo ao funcionamento institucional da entidade — a avaliação caberá à Diretoria Colegiada, em deliberação fundamentada, da qual não participará o dirigente diretamente interessado.</w:t>
      </w:r>
    </w:p>
    <w:p>
      <w:pPr>
        <w:pStyle w:val="Normal"/>
        <w:ind w:firstLine="709"/>
        <w:jc w:val="both"/>
        <w:rPr/>
      </w:pPr>
      <w:r>
        <w:rPr/>
        <w:t>Art. 45. Para a alienação, locação ou aquisição de bens imóveis, o Sindicato realizará avaliação prévia, cuja execução ficará a cargo de organização legalmente habilitada para este fim.</w:t>
      </w:r>
    </w:p>
    <w:p>
      <w:pPr>
        <w:pStyle w:val="Normal"/>
        <w:ind w:firstLine="425" w:start="283"/>
        <w:jc w:val="both"/>
        <w:rPr/>
      </w:pPr>
      <w:r>
        <w:rPr/>
        <w:t>Parágrafo Único. A venda de bem imóvel dependerá da prévia aprovação da Assembleia Geral da categoria, especialmente convocada para este fim.</w:t>
      </w:r>
    </w:p>
    <w:p>
      <w:pPr>
        <w:pStyle w:val="Normal"/>
        <w:ind w:firstLine="709"/>
        <w:jc w:val="both"/>
        <w:rPr/>
      </w:pPr>
      <w:r>
        <w:rPr/>
        <w:t>Art. 46. O dirigente, empregado ou associado da entidade sindical que produzir dano patrimonial culposo ou doloso responderá civil e criminalmente pelo ato lesivo.</w:t>
      </w:r>
    </w:p>
    <w:p>
      <w:pPr>
        <w:pStyle w:val="Normal"/>
        <w:ind w:firstLine="709"/>
        <w:jc w:val="both"/>
        <w:rPr/>
      </w:pPr>
      <w:r>
        <w:rPr/>
        <w:t>Art. 47. Os associados não responderão, nem mesmo subsidiariamente, pelas obrigações do Sindicato.</w:t>
      </w:r>
    </w:p>
    <w:p>
      <w:pPr>
        <w:pStyle w:val="Normal"/>
        <w:ind w:firstLine="709"/>
        <w:jc w:val="both"/>
        <w:rPr/>
      </w:pPr>
      <w:r>
        <w:rPr/>
        <w:t>Art. 48. No caso de dissolução do Sindicato, o que só pode ocorrer por deliberação expressa da Assembleia Geral para esse fim convocada e com a presença mínima de 2/3 (dois terços) dos associados quites, pagas as dívidas legítimas e decorrentes de sua responsabilidade, seu patrimônio será doado à Federação Nacional dos Jornalistas — FENAJ, ou a Sindicato da mesma categoria, ou de categoria similar ou conexa, ou ainda a qualquer entidade profissional ou sindical de qualquer grau, inclusive centrais sindicais, a critério da Assembleia Geral que deliberou sobre a dissolução.</w:t>
      </w:r>
    </w:p>
    <w:p>
      <w:pPr>
        <w:pStyle w:val="Normal"/>
        <w:spacing w:before="360" w:after="160"/>
        <w:jc w:val="center"/>
        <w:rPr/>
      </w:pPr>
      <w:r>
        <w:rPr>
          <w:b/>
          <w:sz w:val="26"/>
        </w:rPr>
        <w:t>TÍTULO V — DAS ELEIÇÕES</w:t>
      </w:r>
    </w:p>
    <w:p>
      <w:pPr>
        <w:pStyle w:val="Normal"/>
        <w:spacing w:before="240" w:after="120"/>
        <w:jc w:val="center"/>
        <w:rPr/>
      </w:pPr>
      <w:r>
        <w:rPr>
          <w:b/>
          <w:sz w:val="24"/>
        </w:rPr>
        <w:t>CAPÍTULO I — DO PERÍODO ELEITORAL</w:t>
      </w:r>
    </w:p>
    <w:p>
      <w:pPr>
        <w:pStyle w:val="Normal"/>
        <w:ind w:firstLine="709"/>
        <w:jc w:val="both"/>
        <w:rPr/>
      </w:pPr>
      <w:r>
        <w:rPr/>
        <w:t>Art. 49. A Eleição para a Diretoria Colegiada e para a Comissão de Ética deverá ser realizada no segundo semestre do ano em que findar o mandato da gestão em vigor.</w:t>
      </w:r>
    </w:p>
    <w:p>
      <w:pPr>
        <w:pStyle w:val="Normal"/>
        <w:ind w:firstLine="425" w:start="283"/>
        <w:jc w:val="both"/>
        <w:rPr/>
      </w:pPr>
      <w:r>
        <w:rPr/>
        <w:t>Parágrafo Único. A votação será realizada, obrigatoriamente, em formato totalmente online/eletrônico, por sistema auditável que garanta o sigilo do voto, a unicidade da manifestação do eleitor e a integridade da apuração.</w:t>
      </w:r>
    </w:p>
    <w:p>
      <w:pPr>
        <w:pStyle w:val="Normal"/>
        <w:spacing w:before="240" w:after="120"/>
        <w:jc w:val="center"/>
        <w:rPr/>
      </w:pPr>
      <w:r>
        <w:rPr>
          <w:b/>
          <w:sz w:val="24"/>
        </w:rPr>
        <w:t>CAPÍTULO II — DA COMISSÃO ELEITORAL</w:t>
      </w:r>
    </w:p>
    <w:p>
      <w:pPr>
        <w:pStyle w:val="Normal"/>
        <w:ind w:firstLine="709"/>
        <w:jc w:val="both"/>
        <w:rPr/>
      </w:pPr>
      <w:r>
        <w:rPr/>
        <w:t>Art. 50. As eleições sindicais serão coordenadas por uma Comissão Eleitoral, eleita em Assembleia Geral e constituída de 3 (três) titulares e 2 (dois) suplentes, os quais serão inelegíveis para o respectivo processo eleitoral.</w:t>
      </w:r>
    </w:p>
    <w:p>
      <w:pPr>
        <w:pStyle w:val="Normal"/>
        <w:ind w:firstLine="425" w:start="283"/>
        <w:jc w:val="both"/>
        <w:rPr/>
      </w:pPr>
      <w:r>
        <w:rPr/>
        <w:t>§ 1º. A Assembleia Geral para a escolha da Comissão Eleitoral deverá ser convocada e realizada até 90 (noventa) dias antes das eleições sindicais, tornada pública em edital veiculado em Diário Oficial do Estado e em outros meios de comunicação de acesso do Sindicato.</w:t>
      </w:r>
    </w:p>
    <w:p>
      <w:pPr>
        <w:pStyle w:val="Normal"/>
        <w:ind w:firstLine="425" w:start="283"/>
        <w:jc w:val="both"/>
        <w:rPr/>
      </w:pPr>
      <w:r>
        <w:rPr/>
        <w:t>§ 2º. Cada chapa inscrita às eleições poderá indicar um representante para acompanhar os trabalhos da Comissão Eleitoral, sem direito a voto.</w:t>
      </w:r>
    </w:p>
    <w:p>
      <w:pPr>
        <w:pStyle w:val="Normal"/>
        <w:ind w:firstLine="709"/>
        <w:jc w:val="both"/>
        <w:rPr/>
      </w:pPr>
      <w:r>
        <w:rPr/>
        <w:t>Art. 51. A Comissão Eleitoral é o organismo apto à preparação, divulgação e realização das eleições sindicais para a Diretoria Colegiada do Sindicato e para a Comissão de Ética.</w:t>
      </w:r>
    </w:p>
    <w:p>
      <w:pPr>
        <w:pStyle w:val="Normal"/>
        <w:ind w:firstLine="425" w:start="283"/>
        <w:jc w:val="both"/>
        <w:rPr/>
      </w:pPr>
      <w:r>
        <w:rPr/>
        <w:t>§ 1º. A minuta do edital das eleições, com o calendário do processo eleitoral e outras regras, proposta pela Comissão Eleitoral, deve ser aprovada em Assembleia Geral a ser realizada em até 20 (vinte) dias a contar da eleição da referida Comissão.</w:t>
      </w:r>
    </w:p>
    <w:p>
      <w:pPr>
        <w:pStyle w:val="Normal"/>
        <w:ind w:firstLine="425" w:start="283"/>
        <w:jc w:val="both"/>
        <w:rPr/>
      </w:pPr>
      <w:r>
        <w:rPr/>
        <w:t>§ 2º. A Comissão Eleitoral receberá os pedidos de impugnação de chapas e da votação, bem como os pedidos de anulação das eleições, e deliberará acerca deles, sempre com recurso voluntário para a Assembleia Geral, especialmente convocada pelo mínimo de 10% (dez por cento) dos eleitores sindicais.</w:t>
      </w:r>
    </w:p>
    <w:p>
      <w:pPr>
        <w:pStyle w:val="Normal"/>
        <w:ind w:firstLine="425" w:start="283"/>
        <w:jc w:val="both"/>
        <w:rPr/>
      </w:pPr>
      <w:r>
        <w:rPr/>
        <w:t>§ 3º. A Comissão Eleitoral divulgará o edital aprovado em até 7 (sete) dias após a realização da assembleia, em Diário Oficial do Estado e em outros meios de comunicação de acesso do Sindicato.</w:t>
      </w:r>
    </w:p>
    <w:p>
      <w:pPr>
        <w:pStyle w:val="Normal"/>
        <w:spacing w:before="240" w:after="120"/>
        <w:jc w:val="center"/>
        <w:rPr/>
      </w:pPr>
      <w:r>
        <w:rPr>
          <w:b/>
          <w:sz w:val="24"/>
        </w:rPr>
        <w:t>CAPÍTULO III — DO REGISTRO DE CHAPAS</w:t>
      </w:r>
    </w:p>
    <w:p>
      <w:pPr>
        <w:pStyle w:val="Normal"/>
        <w:ind w:firstLine="709"/>
        <w:jc w:val="both"/>
        <w:rPr/>
      </w:pPr>
      <w:r>
        <w:rPr/>
        <w:t>Art. 52. A chapa será constituída por relação de 11 (onze) sindicalizados em condição regular, todos efetivos e em pleno gozo de seus direitos estatutários, contemplando exclusivamente os cargos da Diretoria Colegiada nos termos do art. 22 deste estatuto — 5 (cinco) membros da Diretoria Executiva, 3 (três) membros do Conselho Fiscal, 2 (dois) Delegados da Fenaj e 1 (um) Diretor Vogal — observados os requisitos de elegibilidade previstos no art. 63-A.</w:t>
      </w:r>
    </w:p>
    <w:p>
      <w:pPr>
        <w:pStyle w:val="Normal"/>
        <w:ind w:firstLine="425" w:start="283"/>
        <w:jc w:val="both"/>
        <w:rPr/>
      </w:pPr>
      <w:r>
        <w:rPr/>
        <w:t>Parágrafo Único. A eleição para a Comissão de Ética é realizada de forma independente da chapa, por meio de candidaturas avulsas, na forma do art. 30, § 1º deste estatuto.</w:t>
      </w:r>
    </w:p>
    <w:p>
      <w:pPr>
        <w:pStyle w:val="Normal"/>
        <w:ind w:firstLine="709"/>
        <w:jc w:val="both"/>
        <w:rPr/>
      </w:pPr>
      <w:r>
        <w:rPr/>
        <w:t>Art. 53. O requerimento de registro de chapa, em 3 (três) vias, endereçado à Comissão Eleitoral, assinado por qualquer dos candidatos que a integram, será acompanhado dos seguintes documentos:</w:t>
      </w:r>
    </w:p>
    <w:p>
      <w:pPr>
        <w:pStyle w:val="Normal"/>
        <w:ind w:start="850"/>
        <w:jc w:val="both"/>
        <w:rPr/>
      </w:pPr>
      <w:r>
        <w:rPr/>
        <w:t>a) ficha de qualificação dos candidatos, em 3 (três) vias assinadas, contendo nome, filiação, data de nascimento, estado civil, residência, número de matrícula sindical, número e órgão expedidor da carteira de identidade, número de série da carteira de trabalho;</w:t>
      </w:r>
    </w:p>
    <w:p>
      <w:pPr>
        <w:pStyle w:val="Normal"/>
        <w:ind w:start="850"/>
        <w:jc w:val="both"/>
        <w:rPr/>
      </w:pPr>
      <w:r>
        <w:rPr/>
        <w:t>b) número do CPF, nome da empresa em que trabalha e tempo de exercício da profissão;</w:t>
      </w:r>
    </w:p>
    <w:p>
      <w:pPr>
        <w:pStyle w:val="Normal"/>
        <w:ind w:start="850"/>
        <w:jc w:val="both"/>
        <w:rPr/>
      </w:pPr>
      <w:r>
        <w:rPr/>
        <w:t>c) cópia da Carteira de Trabalho e Previdência Social onde constem a qualificação civil (verso e anverso) e o contrato de trabalho.</w:t>
      </w:r>
    </w:p>
    <w:p>
      <w:pPr>
        <w:pStyle w:val="Normal"/>
        <w:ind w:firstLine="709"/>
        <w:jc w:val="both"/>
        <w:rPr/>
      </w:pPr>
      <w:r>
        <w:rPr/>
        <w:t>Art. 54. O prazo para registro de chapas será de 20 (vinte) dias corridos, contados da data da publicação do calendário do processo eleitoral, sendo permitido o registro da candidatura no próximo dia útil caso o prazo se encerre em sábado, domingo ou feriado.</w:t>
      </w:r>
    </w:p>
    <w:p>
      <w:pPr>
        <w:pStyle w:val="Normal"/>
        <w:ind w:firstLine="709"/>
        <w:jc w:val="both"/>
        <w:rPr/>
      </w:pPr>
      <w:r>
        <w:rPr/>
        <w:t>Art. 55. As chapas registradas deverão ser numeradas seguidamente a partir do número um, obedecendo à ordem de registro.</w:t>
      </w:r>
    </w:p>
    <w:p>
      <w:pPr>
        <w:pStyle w:val="Normal"/>
        <w:ind w:firstLine="709"/>
        <w:jc w:val="both"/>
        <w:rPr/>
      </w:pPr>
      <w:r>
        <w:rPr/>
        <w:t>Art. 56. A Comissão Eleitoral deve publicar, em Diário Oficial, as chapas previamente homologadas, as chapas previamente impugnadas e os motivos de irregularidades em até 48 (quarenta e oito) horas após o encerramento do prazo de registro.</w:t>
      </w:r>
    </w:p>
    <w:p>
      <w:pPr>
        <w:pStyle w:val="Normal"/>
        <w:ind w:firstLine="709"/>
        <w:jc w:val="both"/>
        <w:rPr/>
      </w:pPr>
      <w:r>
        <w:rPr/>
        <w:t>Art. 57. Após análise dos recursos, previstos no Capítulo IV deste Título, a Comissão Eleitoral publicará, em Diário Oficial, a listagem final das chapas e de seus membros, em até 30 (trinta) dias antes do pleito.</w:t>
      </w:r>
    </w:p>
    <w:p>
      <w:pPr>
        <w:pStyle w:val="Normal"/>
        <w:ind w:firstLine="709"/>
        <w:jc w:val="both"/>
        <w:rPr/>
      </w:pPr>
      <w:r>
        <w:rPr/>
        <w:t>Art. 58. A Comissão Eleitoral comunicará por escrito a empresa, em correspondência protocolada, dentro de 1 (um) dia após a publicação das chapas registradas, acerca da candidatura do seu empregado, fornecendo a este comprovante no mesmo sentido.</w:t>
      </w:r>
    </w:p>
    <w:p>
      <w:pPr>
        <w:pStyle w:val="Normal"/>
        <w:ind w:firstLine="425" w:start="283"/>
        <w:jc w:val="both"/>
        <w:rPr/>
      </w:pPr>
      <w:r>
        <w:rPr/>
        <w:t>Parágrafo Único. Cada membro da chapa inscrita deverá ter pelo menos 1 (um) ano de sindicalização e não estar sendo ou ter sido processado e condenado com base no Código de Ética dos Jornalistas Brasileiros ou pela Legislação Penal em vigor, observado ainda o disposto no art. 63-A.</w:t>
      </w:r>
    </w:p>
    <w:p>
      <w:pPr>
        <w:pStyle w:val="Normal"/>
        <w:ind w:firstLine="709"/>
        <w:jc w:val="both"/>
        <w:rPr/>
      </w:pPr>
      <w:r>
        <w:rPr/>
        <w:t>Art. 59. A relação dos associados em condições de votar será elaborada até 5 (cinco) dias antes da data da eleição, e nesse prazo afixada em local de fácil acesso na sede do Sindicato dos Jornalistas para consulta de todos os interessados, e fornecida a um representante de cada chapa registrada.</w:t>
      </w:r>
    </w:p>
    <w:p>
      <w:pPr>
        <w:pStyle w:val="Normal"/>
        <w:ind w:firstLine="709"/>
        <w:jc w:val="both"/>
        <w:rPr/>
      </w:pPr>
      <w:r>
        <w:rPr/>
        <w:t>Art. 60. Encerrado o prazo sem que tenha havido registro de chapa, a Comissão Eleitoral, dentro de 48 (quarenta e oito) horas, providenciará nova convocação.</w:t>
      </w:r>
    </w:p>
    <w:p>
      <w:pPr>
        <w:pStyle w:val="Normal"/>
        <w:spacing w:before="240" w:after="120"/>
        <w:jc w:val="center"/>
        <w:rPr/>
      </w:pPr>
      <w:r>
        <w:rPr>
          <w:b/>
          <w:sz w:val="24"/>
        </w:rPr>
        <w:t>CAPÍTULO IV — DA IMPUGNAÇÃO DE CANDIDATURAS</w:t>
      </w:r>
    </w:p>
    <w:p>
      <w:pPr>
        <w:pStyle w:val="Normal"/>
        <w:ind w:firstLine="709"/>
        <w:jc w:val="both"/>
        <w:rPr/>
      </w:pPr>
      <w:r>
        <w:rPr/>
        <w:t>Art. 61. Será recusado o registro da chapa que não contenha candidatos em número suficiente, que não esteja acompanhada das fichas de qualificação preenchidas e assinadas por todos os candidatos, que contenha candidato em débito com a entidade ou que não esteja de acordo com este Estatuto.</w:t>
      </w:r>
    </w:p>
    <w:p>
      <w:pPr>
        <w:pStyle w:val="Normal"/>
        <w:ind w:firstLine="425" w:start="283"/>
        <w:jc w:val="both"/>
        <w:rPr/>
      </w:pPr>
      <w:r>
        <w:rPr/>
        <w:t>§ 1º. Qualquer sindicalizado pode recorrer das impugnações e homologações prévias, no prazo de 48 (quarenta e oito) horas após publicação, remetendo à Comissão Eleitoral documento com as justificativas para tal contestação.</w:t>
      </w:r>
    </w:p>
    <w:p>
      <w:pPr>
        <w:pStyle w:val="Normal"/>
        <w:ind w:firstLine="425" w:start="283"/>
        <w:jc w:val="both"/>
        <w:rPr/>
      </w:pPr>
      <w:r>
        <w:rPr/>
        <w:t>§ 2º. A chapa que teve seu pedido de registro previamente impugnado ou teve apontadas irregularidades será formalmente informada pela Comissão Eleitoral no dia da publicação da análise prévia.</w:t>
      </w:r>
    </w:p>
    <w:p>
      <w:pPr>
        <w:pStyle w:val="Normal"/>
        <w:ind w:firstLine="425" w:start="283"/>
        <w:jc w:val="both"/>
        <w:rPr/>
      </w:pPr>
      <w:r>
        <w:rPr/>
        <w:t>§ 3º. Após o recebimento da notificação, a chapa terá 48 (quarenta e oito) horas para apresentar as alterações, sob pena de seu registro não ser efetivado.</w:t>
      </w:r>
    </w:p>
    <w:p>
      <w:pPr>
        <w:pStyle w:val="Normal"/>
        <w:ind w:firstLine="709"/>
        <w:jc w:val="both"/>
        <w:rPr/>
      </w:pPr>
      <w:r>
        <w:rPr/>
        <w:t>Art. 62. A chapa registrada que apresentar a renúncia formal de quaisquer de seus membros à Comissão Eleitoral terá prazo de 2 (dois) dias para preencher o quadro.</w:t>
      </w:r>
    </w:p>
    <w:p>
      <w:pPr>
        <w:pStyle w:val="Normal"/>
        <w:ind w:firstLine="425" w:start="283"/>
        <w:jc w:val="both"/>
        <w:rPr/>
      </w:pPr>
      <w:r>
        <w:rPr/>
        <w:t>Parágrafo Único. Caso não preencha o quadro no prazo estipulado, a chapa será impugnada.</w:t>
      </w:r>
    </w:p>
    <w:p>
      <w:pPr>
        <w:pStyle w:val="Normal"/>
        <w:spacing w:before="240" w:after="120"/>
        <w:jc w:val="center"/>
        <w:rPr/>
      </w:pPr>
      <w:r>
        <w:rPr>
          <w:b/>
          <w:sz w:val="24"/>
        </w:rPr>
        <w:t>CAPÍTULO V — DO ELEITOR E DO CANDIDATO</w:t>
      </w:r>
    </w:p>
    <w:p>
      <w:pPr>
        <w:pStyle w:val="Normal"/>
        <w:ind w:firstLine="709"/>
        <w:jc w:val="both"/>
        <w:rPr/>
      </w:pPr>
      <w:r>
        <w:rPr/>
        <w:t>Art. 63. É eleitor todo sindicalizado que, em até 2 (dois) dias antes da eleição, preencher cumulativamente os seguintes requisitos:</w:t>
      </w:r>
    </w:p>
    <w:p>
      <w:pPr>
        <w:pStyle w:val="Normal"/>
        <w:ind w:start="850"/>
        <w:jc w:val="both"/>
        <w:rPr/>
      </w:pPr>
      <w:r>
        <w:rPr/>
        <w:t>a) estar quite com as contribuições sindicais relativas aos 12 (doze) meses imediatamente anteriores à data da eleição; ou, alternativamente, ter formalizado negociação de parcelas em atraso, desde que a negociação tenha sido firmada em data no máximo 6 (seis) meses anterior à eleição e que tanto as parcelas da negociação quanto as mensalidades correntes estejam pontualmente em dia;</w:t>
      </w:r>
    </w:p>
    <w:p>
      <w:pPr>
        <w:pStyle w:val="Normal"/>
        <w:ind w:start="850"/>
        <w:jc w:val="both"/>
        <w:rPr/>
      </w:pPr>
      <w:r>
        <w:rPr/>
        <w:t>b) estar em gozo dos demais direitos conferidos neste estatuto.</w:t>
      </w:r>
    </w:p>
    <w:p>
      <w:pPr>
        <w:pStyle w:val="Normal"/>
        <w:ind w:firstLine="425" w:start="283"/>
        <w:jc w:val="both"/>
        <w:rPr/>
      </w:pPr>
      <w:r>
        <w:rPr/>
        <w:t>§ 1º. A regularidade contributiva prevista na alínea "a" será aferida pela Tesouraria do Sindicato com base no histórico contributivo do associado, e divulgada pela Comissão Eleitoral até 5 (cinco) dias antes da eleição, na forma do art. 59.</w:t>
      </w:r>
    </w:p>
    <w:p>
      <w:pPr>
        <w:pStyle w:val="Normal"/>
        <w:ind w:firstLine="425" w:start="283"/>
        <w:jc w:val="both"/>
        <w:rPr/>
      </w:pPr>
      <w:r>
        <w:rPr/>
        <w:t>§ 2º. A negociação prevista na alínea "a" deste artigo não constitui meio legítimo para a aquisição do direito de candidatura, observado o art. 63-A.</w:t>
      </w:r>
    </w:p>
    <w:p>
      <w:pPr>
        <w:pStyle w:val="Normal"/>
        <w:ind w:firstLine="709"/>
        <w:jc w:val="both"/>
        <w:rPr/>
      </w:pPr>
      <w:r>
        <w:rPr/>
        <w:t>Art. 63-A. Para concorrer como candidato a cargo eletivo da Diretoria Colegiada ou da Comissão de Ética, é requisito adicional ao disposto no art. 58, parágrafo único, comprovar contribuição sindical consecutiva, sem qualquer interrupção, durante os 2 (dois) anos imediatamente anteriores à data de inscrição da chapa ou da candidatura avulsa, vedados o pagamento retroativo, a renegociação ou a regularização de parcelas em atraso com a finalidade exclusiva de viabilização da candidatura.</w:t>
      </w:r>
    </w:p>
    <w:p>
      <w:pPr>
        <w:pStyle w:val="Normal"/>
        <w:ind w:firstLine="425" w:start="283"/>
        <w:jc w:val="both"/>
        <w:rPr/>
      </w:pPr>
      <w:r>
        <w:rPr/>
        <w:t>§ 1º. A vedação prevista no caput não se aplica às hipóteses de suspensão de contribuição legalmente justificadas, tais como desemprego comprovado, enfermidade comprovada por mais de 30 (trinta) dias, invalidez ou prestação de serviço militar obrigatório, hipóteses em que a Comissão Eleitoral analisará caso a caso.</w:t>
      </w:r>
    </w:p>
    <w:p>
      <w:pPr>
        <w:pStyle w:val="Normal"/>
        <w:ind w:firstLine="425" w:start="283"/>
        <w:jc w:val="both"/>
        <w:rPr/>
      </w:pPr>
      <w:r>
        <w:rPr/>
        <w:t>§ 2º. A comprovação da regularidade contributiva do candidato será feita mediante declaração da Tesouraria do Sindicato, anexada à ficha de qualificação prevista no art. 53, alínea "a".</w:t>
      </w:r>
    </w:p>
    <w:p>
      <w:pPr>
        <w:pStyle w:val="Normal"/>
        <w:spacing w:before="240" w:after="120"/>
        <w:jc w:val="center"/>
        <w:rPr/>
      </w:pPr>
      <w:r>
        <w:rPr>
          <w:b/>
          <w:sz w:val="24"/>
        </w:rPr>
        <w:t>CAPÍTULO VI — DA SEÇÃO ELEITORAL E DA APURAÇÃO ELETRÔNICA</w:t>
      </w:r>
    </w:p>
    <w:p>
      <w:pPr>
        <w:pStyle w:val="Normal"/>
        <w:ind w:firstLine="709"/>
        <w:jc w:val="both"/>
        <w:rPr/>
      </w:pPr>
      <w:r>
        <w:rPr/>
        <w:t>Art. 64. A cédula eletrônica única conterá todas as chapas registradas, dispostas em ordem numérica de registro, em interface que assegure clareza, acessibilidade e verificabilidade pelo eleitor.</w:t>
      </w:r>
    </w:p>
    <w:p>
      <w:pPr>
        <w:pStyle w:val="Normal"/>
        <w:ind w:firstLine="425" w:start="283"/>
        <w:jc w:val="both"/>
        <w:rPr/>
      </w:pPr>
      <w:r>
        <w:rPr/>
        <w:t>Parágrafo Único. A eleição da Comissão de Ética terá cédula eletrônica em separado, contendo os nomes de todos os candidatos inscritos para o cargo, devendo o eleitor votar em até 3 (três) nomes, sendo eleitos os mais votados.</w:t>
      </w:r>
    </w:p>
    <w:p>
      <w:pPr>
        <w:pStyle w:val="Normal"/>
        <w:ind w:firstLine="709"/>
        <w:jc w:val="both"/>
        <w:rPr/>
      </w:pPr>
      <w:r>
        <w:rPr/>
        <w:t>Art. 65. A Comissão Eleitoral será responsável pela operação do sistema eletrônico de votação, contratando, quando necessário, prestador especializado, e disponibilizará canais de suporte ao eleitor durante todo o período de votação.</w:t>
      </w:r>
    </w:p>
    <w:p>
      <w:pPr>
        <w:pStyle w:val="Normal"/>
        <w:ind w:firstLine="425" w:start="283"/>
        <w:jc w:val="both"/>
        <w:rPr/>
      </w:pPr>
      <w:r>
        <w:rPr/>
        <w:t>§ 1º. Mesas coletoras presenciais poderão ser instaladas, a critério da Comissão Eleitoral, para assistir eleitores que não disponham de meios próprios de acesso ao sistema eletrônico.</w:t>
      </w:r>
    </w:p>
    <w:p>
      <w:pPr>
        <w:pStyle w:val="Normal"/>
        <w:ind w:firstLine="425" w:start="283"/>
        <w:jc w:val="both"/>
        <w:rPr/>
      </w:pPr>
      <w:r>
        <w:rPr/>
        <w:t>§ 2º. Os trabalhos da Comissão Eleitoral, inclusive a apuração eletrônica, poderão ser acompanhados por fiscais designados pelas chapas concorrentes, escolhidos dentre os sindicalizados, na proporção de 1 (um) fiscal por chapa registrada, com acesso aos logs do sistema e à documentação de auditoria.</w:t>
      </w:r>
    </w:p>
    <w:p>
      <w:pPr>
        <w:pStyle w:val="Normal"/>
        <w:ind w:firstLine="709"/>
        <w:jc w:val="both"/>
        <w:rPr/>
      </w:pPr>
      <w:r>
        <w:rPr/>
        <w:t>Art. 66. Não poderão participar da operação do sistema eletrônico de votação nem das mesas coletoras eventualmente instaladas:</w:t>
      </w:r>
    </w:p>
    <w:p>
      <w:pPr>
        <w:pStyle w:val="Normal"/>
        <w:ind w:start="850"/>
        <w:jc w:val="both"/>
        <w:rPr/>
      </w:pPr>
      <w:r>
        <w:rPr/>
        <w:t>a) os candidatos, seus cônjuges e parentes até o terceiro grau;</w:t>
      </w:r>
    </w:p>
    <w:p>
      <w:pPr>
        <w:pStyle w:val="Normal"/>
        <w:ind w:start="850"/>
        <w:jc w:val="both"/>
        <w:rPr/>
      </w:pPr>
      <w:r>
        <w:rPr/>
        <w:t>b) os membros da Diretoria do Sindicato e da Comissão de Ética.</w:t>
      </w:r>
    </w:p>
    <w:p>
      <w:pPr>
        <w:pStyle w:val="Normal"/>
        <w:ind w:firstLine="709"/>
        <w:jc w:val="both"/>
        <w:rPr/>
      </w:pPr>
      <w:r>
        <w:rPr/>
        <w:t>Art. 67. A Comissão Eleitoral declarará iniciada a votação no horário fixado em edital e a encerrará no horário previsto, ressalvada a hipótese de votação remota ininterrupta por janela de horas definida no calendário eleitoral.</w:t>
      </w:r>
    </w:p>
    <w:p>
      <w:pPr>
        <w:pStyle w:val="Normal"/>
        <w:spacing w:before="240" w:after="120"/>
        <w:jc w:val="center"/>
        <w:rPr/>
      </w:pPr>
      <w:r>
        <w:rPr>
          <w:b/>
          <w:sz w:val="24"/>
        </w:rPr>
        <w:t>CAPÍTULO VII — DA VOTAÇÃO</w:t>
      </w:r>
    </w:p>
    <w:p>
      <w:pPr>
        <w:pStyle w:val="Normal"/>
        <w:ind w:firstLine="709"/>
        <w:jc w:val="both"/>
        <w:rPr/>
      </w:pPr>
      <w:r>
        <w:rPr/>
        <w:t>Art. 68. À hora fixada no edital, declarar-se-á aberta a votação eletrônica, com habilitação do sistema para receber a manifestação dos eleitores aptos.</w:t>
      </w:r>
    </w:p>
    <w:p>
      <w:pPr>
        <w:pStyle w:val="Normal"/>
        <w:ind w:firstLine="709"/>
        <w:jc w:val="both"/>
        <w:rPr/>
      </w:pPr>
      <w:r>
        <w:rPr/>
        <w:t>Art. 69. Os trabalhos de votação poderão ser encerrados antecipadamente se já tiverem votado todos os eleitores constantes da folha de votação.</w:t>
      </w:r>
    </w:p>
    <w:p>
      <w:pPr>
        <w:pStyle w:val="Normal"/>
        <w:ind w:firstLine="709"/>
        <w:jc w:val="both"/>
        <w:rPr/>
      </w:pPr>
      <w:r>
        <w:rPr/>
        <w:t>Art. 70. Somente terão acesso ao ambiente de votação, presencial ou eletrônico, os membros e fiscais regularmente identificados e, durante o tempo necessário à votação, o eleitor.</w:t>
      </w:r>
    </w:p>
    <w:p>
      <w:pPr>
        <w:pStyle w:val="Normal"/>
        <w:ind w:firstLine="425" w:start="283"/>
        <w:jc w:val="both"/>
        <w:rPr/>
      </w:pPr>
      <w:r>
        <w:rPr/>
        <w:t>Parágrafo Único. Nenhuma pessoa estranha à direção da Comissão Eleitoral poderá intervir no funcionamento do sistema ou da mesa coletora durante os trabalhos de votação.</w:t>
      </w:r>
    </w:p>
    <w:p>
      <w:pPr>
        <w:pStyle w:val="Normal"/>
        <w:ind w:firstLine="709"/>
        <w:jc w:val="both"/>
        <w:rPr/>
      </w:pPr>
      <w:r>
        <w:rPr/>
        <w:t>Art. 71. Os sindicalizados cujos nomes não constarem da lista de votantes votarão em separado, em procedimento eletrônico específico que assegure a posterior análise da aptidão do eleitor.</w:t>
      </w:r>
    </w:p>
    <w:p>
      <w:pPr>
        <w:pStyle w:val="Normal"/>
        <w:ind w:firstLine="425" w:start="283"/>
        <w:jc w:val="both"/>
        <w:rPr/>
      </w:pPr>
      <w:r>
        <w:rPr/>
        <w:t>Parágrafo Único. O voto em separado eletrônico será tomado da seguinte forma:</w:t>
      </w:r>
    </w:p>
    <w:p>
      <w:pPr>
        <w:pStyle w:val="Normal"/>
        <w:ind w:start="850"/>
        <w:jc w:val="both"/>
        <w:rPr/>
      </w:pPr>
      <w:r>
        <w:rPr/>
        <w:t>a) o sistema registrará o voto do eleitor em ambiente segregado, sem associá-lo de imediato à apuração geral;</w:t>
      </w:r>
    </w:p>
    <w:p>
      <w:pPr>
        <w:pStyle w:val="Normal"/>
        <w:ind w:start="850"/>
        <w:jc w:val="both"/>
        <w:rPr/>
      </w:pPr>
      <w:r>
        <w:rPr/>
        <w:t>b) a Comissão Eleitoral anotará, em registro próprio, o nome do eleitor e o motivo do voto em separado, mantendo o sigilo do conteúdo do voto até a decisão sobre o aproveitamento ou não da manifestação;</w:t>
      </w:r>
    </w:p>
    <w:p>
      <w:pPr>
        <w:pStyle w:val="Normal"/>
        <w:ind w:start="850"/>
        <w:jc w:val="both"/>
        <w:rPr/>
      </w:pPr>
      <w:r>
        <w:rPr/>
        <w:t>c) o protocolo de voto em separado assegurará o sigilo do voto e a possibilidade de auditoria.</w:t>
      </w:r>
    </w:p>
    <w:p>
      <w:pPr>
        <w:pStyle w:val="Normal"/>
        <w:ind w:firstLine="709"/>
        <w:jc w:val="both"/>
        <w:rPr/>
      </w:pPr>
      <w:r>
        <w:rPr/>
        <w:t>Art. 72. A Comissão Eleitoral poderá estabelecer normas complementares, dentro das disposições deste estatuto, para garantir o pleno funcionamento da votação eletrônica e o atendimento de situações excepcionais.</w:t>
      </w:r>
    </w:p>
    <w:p>
      <w:pPr>
        <w:pStyle w:val="Normal"/>
        <w:ind w:firstLine="709"/>
        <w:jc w:val="both"/>
        <w:rPr/>
      </w:pPr>
      <w:r>
        <w:rPr/>
        <w:t>Art. 73. Qualquer documento oficial com foto será considerado válido para a identificação do eleitor, inclusive em meio eletrônico, mediante mecanismos de autenticação adequados ao sigilo do voto.</w:t>
      </w:r>
    </w:p>
    <w:p>
      <w:pPr>
        <w:pStyle w:val="Normal"/>
        <w:ind w:firstLine="709"/>
        <w:jc w:val="both"/>
        <w:rPr/>
      </w:pPr>
      <w:r>
        <w:rPr/>
        <w:t>Art. 74. Encerrados os trabalhos, a Comissão Eleitoral fará lavrar ata, que será também assinada por seus membros e pelos fiscais presentes, registrando data e hora do início e do encerramento dos trabalhos, total de votantes e de sindicalizados em condições de votar, número de votos em separado se os houver, bem como, resumidamente, os protestos apresentados pelos eleitores, candidatos ou fiscais. Em seguida, a Comissão Eleitoral procederá à apuração eletrônica, registrando o resultado em ata específica.</w:t>
      </w:r>
    </w:p>
    <w:p>
      <w:pPr>
        <w:pStyle w:val="Normal"/>
        <w:spacing w:before="240" w:after="120"/>
        <w:jc w:val="center"/>
        <w:rPr/>
      </w:pPr>
      <w:r>
        <w:rPr>
          <w:b/>
          <w:sz w:val="24"/>
        </w:rPr>
        <w:t>CAPÍTULO VIII — DA APURAÇÃO DOS VOTOS</w:t>
      </w:r>
    </w:p>
    <w:p>
      <w:pPr>
        <w:pStyle w:val="Normal"/>
        <w:ind w:firstLine="709"/>
        <w:jc w:val="both"/>
        <w:rPr/>
      </w:pPr>
      <w:r>
        <w:rPr/>
        <w:t>Art. 75. Terminados os trabalhos eleitorais, a Comissão Eleitoral procederá à apuração em sessão pública e permanente, transmitida quando possível pelos canais oficiais do Sindicato, com geração de relatórios auditáveis do sistema eletrônico.</w:t>
      </w:r>
    </w:p>
    <w:p>
      <w:pPr>
        <w:pStyle w:val="Normal"/>
        <w:ind w:firstLine="425" w:start="283"/>
        <w:jc w:val="both"/>
        <w:rPr/>
      </w:pPr>
      <w:r>
        <w:rPr/>
        <w:t>§ 1º. A apuração poderá ser realizada pelos membros da Comissão Eleitoral ou por pessoas escolhidas pela Comissão Eleitoral.</w:t>
      </w:r>
    </w:p>
    <w:p>
      <w:pPr>
        <w:pStyle w:val="Normal"/>
        <w:ind w:firstLine="425" w:start="283"/>
        <w:jc w:val="both"/>
        <w:rPr/>
      </w:pPr>
      <w:r>
        <w:rPr/>
        <w:t>§ 2º. O prazo para a Comissão Eleitoral divulgar o resultado das eleições é de até 7 (sete) dias corridos após a votação.</w:t>
      </w:r>
    </w:p>
    <w:p>
      <w:pPr>
        <w:pStyle w:val="Normal"/>
        <w:spacing w:before="240" w:after="120"/>
        <w:jc w:val="center"/>
        <w:rPr/>
      </w:pPr>
      <w:r>
        <w:rPr>
          <w:b/>
          <w:sz w:val="24"/>
        </w:rPr>
        <w:t>CAPÍTULO IX — DO QUÓRUM</w:t>
      </w:r>
    </w:p>
    <w:p>
      <w:pPr>
        <w:pStyle w:val="Normal"/>
        <w:ind w:firstLine="709"/>
        <w:jc w:val="both"/>
        <w:rPr/>
      </w:pPr>
      <w:r>
        <w:rPr/>
        <w:t>Art. 76. A Comissão Eleitoral verificará, pela lista de votantes, se participaram da votação mais de 50% (cinquenta por cento) dos eleitores, procedendo, em caso de atingido o quórum, à apuração, com a decisão, um a um, pela apuração ou não dos votos em separado, conforme as razões consignadas.</w:t>
      </w:r>
    </w:p>
    <w:p>
      <w:pPr>
        <w:pStyle w:val="Normal"/>
        <w:ind w:firstLine="709"/>
        <w:jc w:val="both"/>
        <w:rPr/>
      </w:pPr>
      <w:r>
        <w:rPr/>
        <w:t>Art. 77. Não sendo obtido o quórum de mais de 50% (cinquenta por cento), a Comissão Eleitoral encerrará a eleição, inutilizará os registros de voto sem abri-los, notificando, em seguida, a si mesma para convocar nova eleição dentro de 7 (sete) dias corridos.</w:t>
      </w:r>
    </w:p>
    <w:p>
      <w:pPr>
        <w:pStyle w:val="Normal"/>
        <w:ind w:firstLine="425" w:start="283"/>
        <w:jc w:val="both"/>
        <w:rPr/>
      </w:pPr>
      <w:r>
        <w:rPr/>
        <w:t>§ 1º. A nova eleição será válida com qualquer quórum de eleitores, observadas as mesmas formalidades da primeira previstas neste estatuto.</w:t>
      </w:r>
    </w:p>
    <w:p>
      <w:pPr>
        <w:pStyle w:val="Normal"/>
        <w:ind w:firstLine="425" w:start="283"/>
        <w:jc w:val="both"/>
        <w:rPr/>
      </w:pPr>
      <w:r>
        <w:rPr/>
        <w:t>§ 2º. Na ocorrência do previsto no caput, apenas as chapas inscritas para a primeira eleição poderão concorrer à subsequente.</w:t>
      </w:r>
    </w:p>
    <w:p>
      <w:pPr>
        <w:pStyle w:val="Normal"/>
        <w:spacing w:before="240" w:after="120"/>
        <w:jc w:val="center"/>
        <w:rPr/>
      </w:pPr>
      <w:r>
        <w:rPr>
          <w:b/>
          <w:sz w:val="24"/>
        </w:rPr>
        <w:t>CAPÍTULO X — DA APURAÇÃO E DA PROCLAMAÇÃO</w:t>
      </w:r>
    </w:p>
    <w:p>
      <w:pPr>
        <w:pStyle w:val="Normal"/>
        <w:ind w:firstLine="709"/>
        <w:jc w:val="both"/>
        <w:rPr/>
      </w:pPr>
      <w:r>
        <w:rPr/>
        <w:t>Art. 78. Havendo quórum, a Comissão Eleitoral verificará se o número de votos registrados no sistema coincide com o número de votantes habilitados, na lista.</w:t>
      </w:r>
    </w:p>
    <w:p>
      <w:pPr>
        <w:pStyle w:val="Normal"/>
        <w:ind w:firstLine="425" w:start="283"/>
        <w:jc w:val="both"/>
        <w:rPr/>
      </w:pPr>
      <w:r>
        <w:rPr/>
        <w:t>§ 1º. Se o número de votos for igual ou inferior ao de votantes que constam da respectiva lista, far-se-á a apuração regularmente.</w:t>
      </w:r>
    </w:p>
    <w:p>
      <w:pPr>
        <w:pStyle w:val="Normal"/>
        <w:ind w:firstLine="425" w:start="283"/>
        <w:jc w:val="both"/>
        <w:rPr/>
      </w:pPr>
      <w:r>
        <w:rPr/>
        <w:t>§ 2º. Se o total de votos for superior ao da respectiva lista de votantes, proceder-se-á à apuração descontando-se dos votos atribuídos à chapa mais votada o número de votos em excesso, desde que esse número seja inferior à diferença entre as duas chapas mais votadas.</w:t>
      </w:r>
    </w:p>
    <w:p>
      <w:pPr>
        <w:pStyle w:val="Normal"/>
        <w:ind w:firstLine="425" w:start="283"/>
        <w:jc w:val="both"/>
        <w:rPr/>
      </w:pPr>
      <w:r>
        <w:rPr/>
        <w:t>§ 3º. Se o excesso de votos for igual ou superior à diferença entre as duas chapas mais votadas, a totalidade dos votos da seção será anulada.</w:t>
      </w:r>
    </w:p>
    <w:p>
      <w:pPr>
        <w:pStyle w:val="Normal"/>
        <w:ind w:firstLine="709"/>
        <w:jc w:val="both"/>
        <w:rPr/>
      </w:pPr>
      <w:r>
        <w:rPr/>
        <w:t>Art. 79. Sempre que houver protesto fundamentado em contagem errônea de votos ou vícios do sistema eletrônico, os registros deverão ser conservados em ambiente lacrado, acompanhando o processo eleitoral até a decisão final.</w:t>
      </w:r>
    </w:p>
    <w:p>
      <w:pPr>
        <w:pStyle w:val="Normal"/>
        <w:ind w:firstLine="425" w:start="283"/>
        <w:jc w:val="both"/>
        <w:rPr/>
      </w:pPr>
      <w:r>
        <w:rPr/>
        <w:t>Parágrafo Único. Haja ou não protestos, conservar-se-ão os registros apurados sob a guarda da Comissão Eleitoral até a proclamação final do resultado, a fim de assegurar eventual recontagem ou auditoria.</w:t>
      </w:r>
    </w:p>
    <w:p>
      <w:pPr>
        <w:pStyle w:val="Normal"/>
        <w:ind w:firstLine="709"/>
        <w:jc w:val="both"/>
        <w:rPr/>
      </w:pPr>
      <w:r>
        <w:rPr/>
        <w:t>Art. 80. Assiste ao eleitor o direito de formular, perante a Comissão Eleitoral, qualquer protesto referente à apuração.</w:t>
      </w:r>
    </w:p>
    <w:p>
      <w:pPr>
        <w:pStyle w:val="Normal"/>
        <w:ind w:firstLine="425" w:start="283"/>
        <w:jc w:val="both"/>
        <w:rPr/>
      </w:pPr>
      <w:r>
        <w:rPr/>
        <w:t>§ 1º. O protesto poderá ser verbal ou por escrito, sendo, neste último caso, anexado à ata de apuração.</w:t>
      </w:r>
    </w:p>
    <w:p>
      <w:pPr>
        <w:pStyle w:val="Normal"/>
        <w:ind w:firstLine="425" w:start="283"/>
        <w:jc w:val="both"/>
        <w:rPr/>
      </w:pPr>
      <w:r>
        <w:rPr/>
        <w:t>§ 2º. Não sendo o protesto verbal ratificado, no curso dos trabalhos de apuração, sob forma escrita, dele não se tomará conhecimento.</w:t>
      </w:r>
    </w:p>
    <w:p>
      <w:pPr>
        <w:pStyle w:val="Normal"/>
        <w:ind w:firstLine="709"/>
        <w:jc w:val="both"/>
        <w:rPr/>
      </w:pPr>
      <w:r>
        <w:rPr/>
        <w:t>Art. 81. Terminada a apuração, a Comissão Eleitoral proclamará eleitos os candidatos que obtiverem maioria simples dos votos e lavrará a ata dos trabalhos eleitorais.</w:t>
      </w:r>
    </w:p>
    <w:p>
      <w:pPr>
        <w:pStyle w:val="Normal"/>
        <w:ind w:firstLine="425" w:start="283"/>
        <w:jc w:val="both"/>
        <w:rPr/>
      </w:pPr>
      <w:r>
        <w:rPr/>
        <w:t>§ 1º. A Comissão proclamará eleitos também os 3 (três) candidatos mais votados para a Comissão de Ética, utilizando-se os critérios de idade em primeiro lugar e tempo de sindicalização em segundo, para o caso de desempate.</w:t>
      </w:r>
    </w:p>
    <w:p>
      <w:pPr>
        <w:pStyle w:val="Normal"/>
        <w:ind w:firstLine="425" w:start="283"/>
        <w:jc w:val="both"/>
        <w:rPr/>
      </w:pPr>
      <w:r>
        <w:rPr/>
        <w:t>§ 2º. A ata mencionará obrigatoriamente:</w:t>
      </w:r>
    </w:p>
    <w:p>
      <w:pPr>
        <w:pStyle w:val="Normal"/>
        <w:ind w:start="850"/>
        <w:jc w:val="both"/>
        <w:rPr/>
      </w:pPr>
      <w:r>
        <w:rPr/>
        <w:t>a) dia e hora da abertura e do encerramento dos trabalhos eleitorais;</w:t>
      </w:r>
    </w:p>
    <w:p>
      <w:pPr>
        <w:pStyle w:val="Normal"/>
        <w:ind w:start="850"/>
        <w:jc w:val="both"/>
        <w:rPr/>
      </w:pPr>
      <w:r>
        <w:rPr/>
        <w:t>b) local ou locais em que funcionaram as mesas coletoras eventualmente instaladas, com os nomes dos respectivos componentes;</w:t>
      </w:r>
    </w:p>
    <w:p>
      <w:pPr>
        <w:pStyle w:val="Normal"/>
        <w:ind w:start="850"/>
        <w:jc w:val="both"/>
        <w:rPr/>
      </w:pPr>
      <w:r>
        <w:rPr/>
        <w:t>c) resultado da apuração, especificando-se o número de votantes, votos atribuídos a cada chapa registrada, votos em branco e votos nulos;</w:t>
      </w:r>
    </w:p>
    <w:p>
      <w:pPr>
        <w:pStyle w:val="Normal"/>
        <w:ind w:start="850"/>
        <w:jc w:val="both"/>
        <w:rPr/>
      </w:pPr>
      <w:r>
        <w:rPr/>
        <w:t>d) número total de eleitores que votaram;</w:t>
      </w:r>
    </w:p>
    <w:p>
      <w:pPr>
        <w:pStyle w:val="Normal"/>
        <w:ind w:start="850"/>
        <w:jc w:val="both"/>
        <w:rPr/>
      </w:pPr>
      <w:r>
        <w:rPr/>
        <w:t>e) resultado geral da apuração;</w:t>
      </w:r>
    </w:p>
    <w:p>
      <w:pPr>
        <w:pStyle w:val="Normal"/>
        <w:ind w:start="850"/>
        <w:jc w:val="both"/>
        <w:rPr/>
      </w:pPr>
      <w:r>
        <w:rPr/>
        <w:t>f) apresentação ou não de protestos, fazendo-se, em caso afirmativo, resumo de cada protesto formulado perante a Comissão Eleitoral.</w:t>
      </w:r>
    </w:p>
    <w:p>
      <w:pPr>
        <w:pStyle w:val="Normal"/>
        <w:ind w:firstLine="425" w:start="283"/>
        <w:jc w:val="both"/>
        <w:rPr/>
      </w:pPr>
      <w:r>
        <w:rPr/>
        <w:t>§ 3º. A ata geral de apuração será assinada por todos os membros da Comissão Eleitoral e fiscais, esclarecendo-se o motivo da eventual falta de qualquer assinatura.</w:t>
      </w:r>
    </w:p>
    <w:p>
      <w:pPr>
        <w:pStyle w:val="Normal"/>
        <w:ind w:firstLine="709"/>
        <w:jc w:val="both"/>
        <w:rPr/>
      </w:pPr>
      <w:r>
        <w:rPr/>
        <w:t>Art. 82. Se o número de votos anulados for superior à diferença entre as duas chapas mais votadas, não haverá proclamação de eleitos pela Comissão Eleitoral, cabendo a realização de novas eleições no prazo de 7 (sete) dias.</w:t>
      </w:r>
    </w:p>
    <w:p>
      <w:pPr>
        <w:pStyle w:val="Normal"/>
        <w:ind w:firstLine="709"/>
        <w:jc w:val="both"/>
        <w:rPr/>
      </w:pPr>
      <w:r>
        <w:rPr/>
        <w:t>Art. 83. Em caso de empate entre as chapas mais votadas, realizar-se-ão novas eleições no prazo de 15 (quinze) dias, limitada a eleição às chapas em questão.</w:t>
      </w:r>
    </w:p>
    <w:p>
      <w:pPr>
        <w:pStyle w:val="Normal"/>
        <w:ind w:firstLine="709"/>
        <w:jc w:val="both"/>
        <w:rPr/>
      </w:pPr>
      <w:r>
        <w:rPr/>
        <w:t>Art. 84. A Comissão Eleitoral comunicará por escrito à empresa, dentro de 24 (vinte e quatro) horas, a eleição do seu empregado.</w:t>
      </w:r>
    </w:p>
    <w:p>
      <w:pPr>
        <w:pStyle w:val="Normal"/>
        <w:spacing w:before="240" w:after="120"/>
        <w:jc w:val="center"/>
        <w:rPr/>
      </w:pPr>
      <w:r>
        <w:rPr>
          <w:b/>
          <w:sz w:val="24"/>
        </w:rPr>
        <w:t>CAPÍTULO XI — DA NULIDADE DO PROCESSO ELEITORAL</w:t>
      </w:r>
    </w:p>
    <w:p>
      <w:pPr>
        <w:pStyle w:val="Normal"/>
        <w:ind w:firstLine="709"/>
        <w:jc w:val="both"/>
        <w:rPr/>
      </w:pPr>
      <w:r>
        <w:rPr/>
        <w:t>Art. 85. Será nula a eleição quando:</w:t>
      </w:r>
    </w:p>
    <w:p>
      <w:pPr>
        <w:pStyle w:val="Normal"/>
        <w:ind w:start="850"/>
        <w:jc w:val="both"/>
        <w:rPr/>
      </w:pPr>
      <w:r>
        <w:t>a) realizada em dia, hora ou modalidade diversas das designadas no edital de convocação, ou encerrada antes do tempo determinado sem que tenham votado todos os eleitores da folha de votação;</w:t>
      </w:r>
    </w:p>
    <w:p>
      <w:pPr>
        <w:pStyle w:val="Normal"/>
        <w:ind w:start="850"/>
        <w:jc w:val="both"/>
        <w:rPr/>
      </w:pPr>
      <w:r>
        <w:rPr/>
        <w:t>b) preterida qualquer formalidade essencial estabelecida neste estatuto;</w:t>
      </w:r>
    </w:p>
    <w:p>
      <w:pPr>
        <w:pStyle w:val="Normal"/>
        <w:ind w:start="850"/>
        <w:jc w:val="both"/>
        <w:rPr/>
      </w:pPr>
      <w:r>
        <w:rPr/>
        <w:t>c) realizada ou apurada perante Comissão não constituída de acordo com o estabelecido neste estatuto;</w:t>
      </w:r>
    </w:p>
    <w:p>
      <w:pPr>
        <w:pStyle w:val="Normal"/>
        <w:ind w:start="850"/>
        <w:jc w:val="both"/>
        <w:rPr/>
      </w:pPr>
      <w:r>
        <w:rPr/>
        <w:t>d) não for observado qualquer um dos prazos essenciais constantes deste estatuto;</w:t>
      </w:r>
    </w:p>
    <w:p>
      <w:pPr>
        <w:pStyle w:val="Normal"/>
        <w:ind w:start="850"/>
        <w:jc w:val="both"/>
        <w:rPr/>
      </w:pPr>
      <w:r>
        <w:rPr/>
        <w:t>e) verificada falha grave no sistema eletrônico de votação que comprometa a integridade do escrutínio, o sigilo do voto ou a auditabilidade da apuração.</w:t>
      </w:r>
    </w:p>
    <w:p>
      <w:pPr>
        <w:pStyle w:val="Normal"/>
        <w:ind w:firstLine="709"/>
        <w:jc w:val="both"/>
        <w:rPr/>
      </w:pPr>
      <w:r>
        <w:rPr/>
        <w:t>Art. 86. Será anulável a eleição quando ocorrer vício que comprometa a sua legitimidade, importando prejuízo a qualquer chapa concorrente.</w:t>
      </w:r>
    </w:p>
    <w:p>
      <w:pPr>
        <w:pStyle w:val="Normal"/>
        <w:ind w:firstLine="425" w:start="283"/>
        <w:jc w:val="both"/>
        <w:rPr/>
      </w:pPr>
      <w:r>
        <w:rPr/>
        <w:t>§ 1º. A anulação do voto não implicará na anulação da seção em que a ocorrência se verificar, nem a anulação da seção implicará na anulação da eleição.</w:t>
      </w:r>
    </w:p>
    <w:p>
      <w:pPr>
        <w:pStyle w:val="Normal"/>
        <w:ind w:firstLine="425" w:start="283"/>
        <w:jc w:val="both"/>
        <w:rPr/>
      </w:pPr>
      <w:r>
        <w:rPr/>
        <w:t>§ 2º. Será anulada a eleição se o número de votos anulados for igual ou superior à diferença final entre as duas chapas mais votadas.</w:t>
      </w:r>
    </w:p>
    <w:p>
      <w:pPr>
        <w:pStyle w:val="Normal"/>
        <w:spacing w:before="240" w:after="120"/>
        <w:jc w:val="center"/>
        <w:rPr/>
      </w:pPr>
      <w:r>
        <w:rPr>
          <w:b/>
          <w:sz w:val="24"/>
        </w:rPr>
        <w:t>CAPÍTULO XII — DOS RECURSOS</w:t>
      </w:r>
    </w:p>
    <w:p>
      <w:pPr>
        <w:pStyle w:val="Normal"/>
        <w:ind w:firstLine="709"/>
        <w:jc w:val="both"/>
        <w:rPr/>
      </w:pPr>
      <w:r>
        <w:rPr/>
        <w:t>Art. 87. Qualquer associado poderá interpor recurso contra o resultado do processo eleitoral, no prazo de 7 (sete) dias corridos a contar do término da eleição, à Comissão Eleitoral.</w:t>
      </w:r>
    </w:p>
    <w:p>
      <w:pPr>
        <w:pStyle w:val="Normal"/>
        <w:ind w:firstLine="709"/>
        <w:jc w:val="both"/>
        <w:rPr/>
      </w:pPr>
      <w:r>
        <w:rPr/>
        <w:t>Art. 88. O recurso será dirigido à Comissão Eleitoral e entregue, em 2 (duas) vias, contra recibo, na Secretaria do Sindicato, no horário normal de funcionamento, ou por meio eletrônico oficial do Sindjor/MT.</w:t>
      </w:r>
    </w:p>
    <w:p>
      <w:pPr>
        <w:pStyle w:val="Normal"/>
        <w:ind w:firstLine="709"/>
        <w:jc w:val="both"/>
        <w:rPr/>
      </w:pPr>
      <w:r>
        <w:rPr/>
        <w:t>Art. 89. Protocolado o recurso, cumpre à Comissão Eleitoral anexar a primeira via ao processo eleitoral e encaminhar a segunda via, dentro de 24 (vinte e quatro) horas, contra recibo, ao recorrido, que terá o prazo de 2 (dois) dias para oferecer contrarrazões.</w:t>
      </w:r>
    </w:p>
    <w:p>
      <w:pPr>
        <w:pStyle w:val="Normal"/>
        <w:ind w:firstLine="709"/>
        <w:jc w:val="both"/>
        <w:rPr/>
      </w:pPr>
      <w:r>
        <w:rPr/>
        <w:t>Art. 90. Findo o prazo estipulado no artigo anterior, recebidas ou não as contrarrazões do recorrido, e estando devidamente instruído o processo, a Comissão Eleitoral deverá proferir sua decisão em até 7 (sete) dias após a resposta do recorrido e antes do término do mandato vigente.</w:t>
      </w:r>
    </w:p>
    <w:p>
      <w:pPr>
        <w:pStyle w:val="Normal"/>
        <w:ind w:firstLine="709"/>
        <w:jc w:val="both"/>
        <w:rPr/>
      </w:pPr>
      <w:r>
        <w:rPr/>
        <w:t>Art. 91. Anulado o pleito, outra eleição será realizada 30 (trinta) dias após a decisão anulatória. As chapas regulares inscritas no pleito anterior podem optar por participar do novo pleito ou apresentar desistência formal. Neste período, a Comissão Eleitoral abrirá novo prazo para inscrição de outras chapas interessadas.</w:t>
      </w:r>
    </w:p>
    <w:p>
      <w:pPr>
        <w:pStyle w:val="Normal"/>
        <w:ind w:firstLine="709"/>
        <w:jc w:val="both"/>
        <w:rPr/>
      </w:pPr>
      <w:r>
        <w:rPr/>
        <w:t>Art. 92. Após decorridos todos os prazos e tendo sido avaliados e publicados todos os resultados dos recursos, a Comissão Eleitoral publicará a homologação da eleição em até 2 (dois) dias úteis.</w:t>
      </w:r>
    </w:p>
    <w:p>
      <w:pPr>
        <w:pStyle w:val="Normal"/>
        <w:ind w:firstLine="709"/>
        <w:jc w:val="both"/>
        <w:rPr/>
      </w:pPr>
      <w:r>
        <w:rPr/>
        <w:t>Art. 93. Os prazos constantes deste capítulo serão computados excluído o dia do começo e incluído o do vencimento, que será prorrogado para o primeiro dia útil se o vencimento cair em sábado, domingo ou feriado.</w:t>
      </w:r>
    </w:p>
    <w:p>
      <w:pPr>
        <w:pStyle w:val="Normal"/>
        <w:spacing w:before="240" w:after="120"/>
        <w:jc w:val="center"/>
        <w:rPr/>
      </w:pPr>
      <w:r>
        <w:rPr>
          <w:b/>
          <w:sz w:val="24"/>
        </w:rPr>
        <w:t>CAPÍTULO XIII — DISPOSIÇÕES ELEITORAIS GERAIS</w:t>
      </w:r>
    </w:p>
    <w:p>
      <w:pPr>
        <w:pStyle w:val="Normal"/>
        <w:ind w:firstLine="709"/>
        <w:jc w:val="both"/>
        <w:rPr/>
      </w:pPr>
      <w:r>
        <w:rPr/>
        <w:t>Art. 94. À Comissão Eleitoral incumbe organizar o processo eleitoral em 2 (duas) vias — uma física (quando exigida) e outra eletrônica auditável.</w:t>
      </w:r>
    </w:p>
    <w:p>
      <w:pPr>
        <w:pStyle w:val="Normal"/>
        <w:ind w:firstLine="709"/>
        <w:jc w:val="both"/>
        <w:rPr/>
      </w:pPr>
      <w:r>
        <w:rPr/>
        <w:t>Art. 95. É condição exigida para o exercício do direito de voto e para a investidura em cargos administrativos ou de representação profissional estar associado no gozo de seus direitos sociais.</w:t>
      </w:r>
    </w:p>
    <w:p>
      <w:pPr>
        <w:pStyle w:val="Normal"/>
        <w:ind w:firstLine="425" w:start="283"/>
        <w:jc w:val="both"/>
        <w:rPr/>
      </w:pPr>
      <w:r>
        <w:rPr/>
        <w:t>Parágrafo Único. Não podem candidatar-se a cargos administrativos ou de representação profissional:</w:t>
      </w:r>
    </w:p>
    <w:p>
      <w:pPr>
        <w:pStyle w:val="Normal"/>
        <w:ind w:start="850"/>
        <w:jc w:val="both"/>
        <w:rPr/>
      </w:pPr>
      <w:r>
        <w:rPr/>
        <w:t>1) os que não tiverem aprovadas as suas contas no exercício de cargos de administração;</w:t>
      </w:r>
    </w:p>
    <w:p>
      <w:pPr>
        <w:pStyle w:val="Normal"/>
        <w:ind w:start="850"/>
        <w:jc w:val="both"/>
        <w:rPr/>
      </w:pPr>
      <w:r>
        <w:rPr/>
        <w:t>2) os que houverem lesado o patrimônio de qualquer instituição profissional;</w:t>
      </w:r>
    </w:p>
    <w:p>
      <w:pPr>
        <w:pStyle w:val="Normal"/>
        <w:ind w:start="850"/>
        <w:jc w:val="both"/>
        <w:rPr/>
      </w:pPr>
      <w:r>
        <w:rPr/>
        <w:t>3) os que tiverem sido condenados com base no Código de Ética dos Jornalistas Brasileiros ou pela Legislação Penal em vigor;</w:t>
      </w:r>
    </w:p>
    <w:p>
      <w:pPr>
        <w:pStyle w:val="Normal"/>
        <w:ind w:start="850"/>
        <w:jc w:val="both"/>
        <w:rPr/>
      </w:pPr>
      <w:r>
        <w:rPr/>
        <w:t>4) os que forem empregados do Sindicato ou de Associação de grau superior.</w:t>
      </w:r>
    </w:p>
    <w:p>
      <w:pPr>
        <w:pStyle w:val="Normal"/>
        <w:ind w:firstLine="709"/>
        <w:jc w:val="both"/>
        <w:rPr/>
      </w:pPr>
      <w:r>
        <w:rPr/>
        <w:t>Art. 96. São peças essenciais do processo eleitoral:</w:t>
      </w:r>
    </w:p>
    <w:p>
      <w:pPr>
        <w:pStyle w:val="Normal"/>
        <w:ind w:start="850"/>
        <w:jc w:val="both"/>
        <w:rPr/>
      </w:pPr>
      <w:r>
        <w:rPr/>
        <w:t>a) edital, folha de jornal ou boletim do Sindicato que publicaram o aviso resumido da convocação da eleição;</w:t>
      </w:r>
    </w:p>
    <w:p>
      <w:pPr>
        <w:pStyle w:val="Normal"/>
        <w:ind w:start="850"/>
        <w:jc w:val="both"/>
        <w:rPr/>
      </w:pPr>
      <w:r>
        <w:rPr/>
        <w:t>b) cópias dos requerimentos de registro de chapas, fichas de qualificação individual dos candidatos e demais documentos;</w:t>
      </w:r>
    </w:p>
    <w:p>
      <w:pPr>
        <w:pStyle w:val="Normal"/>
        <w:ind w:start="850"/>
        <w:jc w:val="both"/>
        <w:rPr/>
      </w:pPr>
      <w:r>
        <w:rPr/>
        <w:t>c) exemplar do veículo que publicou a relação nominal das chapas registradas;</w:t>
      </w:r>
    </w:p>
    <w:p>
      <w:pPr>
        <w:pStyle w:val="Normal"/>
        <w:ind w:start="850"/>
        <w:jc w:val="both"/>
        <w:rPr/>
      </w:pPr>
      <w:r>
        <w:rPr/>
        <w:t>d) relação dos sócios em condições de votar;</w:t>
      </w:r>
    </w:p>
    <w:p>
      <w:pPr>
        <w:pStyle w:val="Normal"/>
        <w:ind w:start="850"/>
        <w:jc w:val="both"/>
        <w:rPr/>
      </w:pPr>
      <w:r>
        <w:rPr/>
        <w:t>e) expedientes relativos à composição das mesas eleitorais, quando houver;</w:t>
      </w:r>
    </w:p>
    <w:p>
      <w:pPr>
        <w:pStyle w:val="Normal"/>
        <w:ind w:start="850"/>
        <w:jc w:val="both"/>
        <w:rPr/>
      </w:pPr>
      <w:r>
        <w:rPr/>
        <w:t>f) lista de votação e logs do sistema eletrônico de votação, este último com certificado de auditoria;</w:t>
      </w:r>
    </w:p>
    <w:p>
      <w:pPr>
        <w:pStyle w:val="Normal"/>
        <w:ind w:start="850"/>
        <w:jc w:val="both"/>
        <w:rPr/>
      </w:pPr>
      <w:r>
        <w:rPr/>
        <w:t>g) cópias das impugnações, recursos e respectivas contrarrazões;</w:t>
      </w:r>
    </w:p>
    <w:p>
      <w:pPr>
        <w:pStyle w:val="Normal"/>
        <w:ind w:start="850"/>
        <w:jc w:val="both"/>
        <w:rPr/>
      </w:pPr>
      <w:r>
        <w:rPr/>
        <w:t>h) resultado oficial da eleição pela Comissão Eleitoral.</w:t>
      </w:r>
    </w:p>
    <w:p>
      <w:pPr>
        <w:pStyle w:val="Normal"/>
        <w:ind w:firstLine="709"/>
        <w:jc w:val="both"/>
        <w:rPr/>
      </w:pPr>
      <w:r>
        <w:rPr/>
        <w:t>Art. 97. Em até 15 (quinze) dias após a publicação do resultado das eleições, a Direção do Sindicato comunicará tal resultado à Federação e à Organização Sindical a que estiver filiado o Sindicato.</w:t>
      </w:r>
    </w:p>
    <w:p>
      <w:pPr>
        <w:pStyle w:val="Normal"/>
        <w:ind w:firstLine="709"/>
        <w:jc w:val="both"/>
        <w:rPr/>
      </w:pPr>
      <w:r>
        <w:rPr/>
        <w:t>Art. 98. A posse dos eleitos ocorrerá na data do término do mandato da administração anterior.</w:t>
      </w:r>
    </w:p>
    <w:p>
      <w:pPr>
        <w:pStyle w:val="Normal"/>
        <w:ind w:firstLine="709"/>
        <w:jc w:val="both"/>
        <w:rPr/>
      </w:pPr>
      <w:r>
        <w:rPr/>
        <w:t>Art. 99. Ao assumir o cargo, os eleitos prestarão, solenemente, o compromisso de respeitar o exercício do mandato e este Estatuto.</w:t>
      </w:r>
    </w:p>
    <w:p>
      <w:pPr>
        <w:pStyle w:val="Normal"/>
        <w:spacing w:before="360" w:after="160"/>
        <w:jc w:val="center"/>
        <w:rPr/>
      </w:pPr>
      <w:r>
        <w:rPr>
          <w:b/>
          <w:sz w:val="26"/>
        </w:rPr>
        <w:t>TÍTULO VI — DAS DISPOSIÇÕES FINAIS E TRANSITÓRIAS</w:t>
      </w:r>
    </w:p>
    <w:p>
      <w:pPr>
        <w:pStyle w:val="Normal"/>
        <w:ind w:firstLine="709"/>
        <w:jc w:val="both"/>
        <w:rPr/>
      </w:pPr>
      <w:r>
        <w:rPr/>
        <w:t>Art. 100. A Diretoria deverá propor adaptações a este Estatuto no prazo de 1 (um) ano caso haja mudanças na legislação federal ou estadual que afetem a estrutura sindical, a representatividade, o regime jurídico das associações ou as prerrogativas da categoria.</w:t>
      </w:r>
    </w:p>
    <w:p>
      <w:pPr>
        <w:pStyle w:val="Normal"/>
        <w:ind w:firstLine="425" w:start="283"/>
        <w:jc w:val="both"/>
        <w:rPr/>
      </w:pPr>
      <w:r>
        <w:rPr/>
        <w:t>Parágrafo Único. Os casos omissos serão resolvidos pela Assembleia Geral, observando-se subsidiariamente o Código Civil Brasileiro, a Consolidação das Leis do Trabalho no que aplicável à organização sindical e os princípios constitucionais da liberdade sindical.</w:t>
      </w:r>
    </w:p>
    <w:p>
      <w:pPr>
        <w:pStyle w:val="Normal"/>
        <w:ind w:firstLine="709"/>
        <w:jc w:val="both"/>
        <w:rPr/>
      </w:pPr>
      <w:r>
        <w:rPr/>
        <w:t>Art. 101. As disposições deste Estatuto que disciplinam a votação em formato online ou eletrônico aplicam-se às eleições realizadas a partir de sua aprovação, ressalvada a opção, justificada pela Comissão Eleitoral e aprovada em Assembleia Geral, pelo formato presencial híbrido em situações de comprovada inviabilidade técnica, por uma única vez.</w:t>
      </w:r>
    </w:p>
    <w:p>
      <w:pPr>
        <w:pStyle w:val="Normal"/>
        <w:ind w:firstLine="709"/>
        <w:jc w:val="both"/>
        <w:rPr/>
      </w:pPr>
      <w:r>
        <w:rPr/>
        <w:t>Art. 102. O Anexo I deste Estatuto, denominado "PROCEDIMENTO DE PROCESSAMENTO DE DENÚNCIAS PERANTE O CONSELHO DE ÉTICA", integra para todos os efeitos legais o presente instrumento, sendo de aplicação obrigatória em toda tramitação ética interna do Sindjor/MT.</w:t>
      </w:r>
    </w:p>
    <w:p>
      <w:pPr>
        <w:pStyle w:val="Normal"/>
        <w:ind w:firstLine="709"/>
        <w:jc w:val="both"/>
        <w:rPr/>
      </w:pPr>
      <w:r>
        <w:rPr/>
        <w:t>Art. 103. Este Estatuto entra em vigor na data de sua aprovação em Assembleia Geral convocada para fim específico, observado o quórum qualificado do art. 18, § 4º, revogadas as disposições em contrário.</w:t>
      </w:r>
    </w:p>
    <w:p>
      <w:pPr>
        <w:pStyle w:val="Normal"/>
        <w:rPr/>
      </w:pPr>
      <w:r>
        <w:rPr/>
      </w:r>
    </w:p>
    <w:p>
      <w:pPr>
        <w:pStyle w:val="Normal"/>
        <w:spacing w:before="360" w:after="120"/>
        <w:rPr>
          <w:b/>
          <w:i/>
          <w:color w:val="666666"/>
          <w:sz w:val="18"/>
        </w:rPr>
      </w:pPr>
      <w:r>
        <w:rPr>
          <w:b/>
          <w:i/>
          <w:color w:val="666666"/>
          <w:sz w:val="18"/>
        </w:rPr>
      </w:r>
    </w:p>
    <w:p>
      <w:pPr>
        <w:pStyle w:val="Normal"/>
        <w:rPr/>
      </w:pPr>
      <w:r>
        <w:rPr/>
      </w:r>
    </w:p>
    <w:p>
      <w:pPr>
        <w:pStyle w:val="Normal"/>
        <w:jc w:val="center"/>
        <w:rPr/>
      </w:pPr>
      <w:r>
        <w:rPr/>
        <w:t>Cuiabá-MT, ___ de ______________ de 2026.</w:t>
      </w:r>
    </w:p>
    <w:p>
      <w:pPr>
        <w:pStyle w:val="Normal"/>
        <w:rPr/>
      </w:pPr>
      <w:r>
        <w:rPr/>
      </w:r>
    </w:p>
    <w:p>
      <w:pPr>
        <w:pStyle w:val="Normal"/>
        <w:rPr/>
      </w:pPr>
      <w:r>
        <w:rPr/>
      </w:r>
    </w:p>
    <w:p>
      <w:pPr>
        <w:pStyle w:val="Normal"/>
        <w:jc w:val="center"/>
        <w:rPr/>
      </w:pPr>
      <w:r>
        <w:rPr/>
        <w:t>Itamar Perenha</w:t>
      </w:r>
    </w:p>
    <w:p>
      <w:pPr>
        <w:pStyle w:val="Normal"/>
        <w:jc w:val="center"/>
        <w:rPr/>
      </w:pPr>
      <w:r>
        <w:rPr/>
        <w:t>Presidente — Sindjor/MT</w:t>
      </w:r>
    </w:p>
    <w:p>
      <w:pPr>
        <w:pStyle w:val="Normal"/>
        <w:jc w:val="center"/>
        <w:rPr/>
      </w:pPr>
      <w:r>
        <w:rPr/>
      </w:r>
    </w:p>
    <w:p>
      <w:pPr>
        <w:pStyle w:val="Normal"/>
        <w:jc w:val="center"/>
        <w:rPr/>
      </w:pPr>
      <w:r>
        <w:t>Sergio Roberto Reichert</w:t>
      </w:r>
    </w:p>
    <w:p>
      <w:pPr>
        <w:pStyle w:val="Normal"/>
        <w:jc w:val="center"/>
        <w:rPr/>
      </w:pPr>
      <w:r>
        <w:rPr/>
        <w:t>Secretário-Geral — Sindjor/MT</w:t>
      </w:r>
    </w:p>
    <w:p>
      <w:pPr>
        <w:pStyle w:val="Normal"/>
        <w:jc w:val="center"/>
        <w:rPr/>
      </w:pPr>
      <w:r>
        <w:rPr/>
      </w:r>
    </w:p>
    <w:p>
      <w:pPr>
        <w:pStyle w:val="Normal"/>
        <w:jc w:val="center"/>
        <w:rPr/>
      </w:pPr>
      <w:r>
        <w:rPr/>
        <w:t>Rogério Florentino Pereira</w:t>
      </w:r>
    </w:p>
    <w:p>
      <w:pPr>
        <w:pStyle w:val="Normal"/>
        <w:jc w:val="center"/>
        <w:rPr/>
      </w:pPr>
      <w:r>
        <w:rPr/>
        <w:t>Vice-presidente</w:t>
      </w:r>
    </w:p>
    <w:p>
      <w:pPr>
        <w:pStyle w:val="Normal"/>
        <w:jc w:val="center"/>
        <w:rPr/>
      </w:pPr>
      <w:r>
        <w:rPr/>
      </w:r>
    </w:p>
    <w:p>
      <w:pPr>
        <w:pStyle w:val="Normal"/>
        <w:jc w:val="center"/>
        <w:rPr/>
      </w:pPr>
      <w:r>
        <w:rPr/>
        <w:t>Rogério Florentino Pereira</w:t>
      </w:r>
    </w:p>
    <w:p>
      <w:pPr>
        <w:pStyle w:val="Normal"/>
        <w:jc w:val="center"/>
        <w:rPr/>
      </w:pPr>
      <w:r>
        <w:rPr/>
        <w:t>Advogado(a) — OAB/SP 201.996</w:t>
      </w:r>
      <w:r>
        <w:br w:type="page"/>
      </w:r>
    </w:p>
    <w:p>
      <w:pPr>
        <w:pStyle w:val="Normal"/>
        <w:spacing w:before="0" w:after="120"/>
        <w:jc w:val="center"/>
        <w:rPr/>
      </w:pPr>
      <w:r>
        <w:rPr>
          <w:b/>
          <w:sz w:val="40"/>
        </w:rPr>
        <w:t>ANEXO I</w:t>
      </w:r>
    </w:p>
    <w:p>
      <w:pPr>
        <w:pStyle w:val="Normal"/>
        <w:jc w:val="center"/>
        <w:rPr/>
      </w:pPr>
      <w:r>
        <w:rPr>
          <w:b/>
          <w:sz w:val="28"/>
        </w:rPr>
        <w:t>PROCEDIMENTO DE PROCESSAMENTO DE DENÚNCIAS</w:t>
      </w:r>
    </w:p>
    <w:p>
      <w:pPr>
        <w:pStyle w:val="Normal"/>
        <w:jc w:val="center"/>
        <w:rPr/>
      </w:pPr>
      <w:r>
        <w:rPr>
          <w:b/>
          <w:sz w:val="28"/>
        </w:rPr>
        <w:t>PERANTE A COMISSÃO DE ÉTICA DO SINDJOR/MT</w:t>
      </w:r>
    </w:p>
    <w:p>
      <w:pPr>
        <w:pStyle w:val="Normal"/>
        <w:rPr/>
      </w:pPr>
      <w:r>
        <w:rPr/>
      </w:r>
    </w:p>
    <w:p>
      <w:pPr>
        <w:pStyle w:val="Normal"/>
        <w:jc w:val="both"/>
        <w:rPr/>
      </w:pPr>
      <w:r>
        <w:rPr>
          <w:i/>
          <w:sz w:val="20"/>
        </w:rPr>
        <w:t>Este Anexo regulamenta, em conformidade com o art. 31-A do Estatuto Social do Sindjor/MT, com o art. 5º, incisos LIV e LV, da Constituição Federal, com a Lei nº 9.784/1999 (Lei do Processo Administrativo Federal, aplicada subsidiariamente), e com o Código de Ética dos Jornalistas Brasileiros, o procedimento integral de processamento de denúncias éticas perante a Comissão de Ética do Sindicato dos Jornalistas de Mato Grosso, desde o recebimento da denúncia até a decisão final e execução das penalidades.</w:t>
      </w:r>
    </w:p>
    <w:p>
      <w:pPr>
        <w:pStyle w:val="Normal"/>
        <w:spacing w:before="240" w:after="120"/>
        <w:jc w:val="center"/>
        <w:rPr/>
      </w:pPr>
      <w:r>
        <w:rPr>
          <w:b/>
          <w:sz w:val="24"/>
        </w:rPr>
        <w:t>CAPÍTULO I — DISPOSIÇÕES GERAIS</w:t>
      </w:r>
    </w:p>
    <w:p>
      <w:pPr>
        <w:pStyle w:val="Normal"/>
        <w:ind w:firstLine="709"/>
        <w:jc w:val="both"/>
        <w:rPr/>
      </w:pPr>
      <w:r>
        <w:rPr/>
        <w:t>Art. 1º. O processamento de denúncias éticas perante a Comissão de Ética do Sindjor/MT observará os princípios constitucionais do devido processo legal, do contraditório, da ampla defesa, da legalidade, da impessoalidade, da moralidade, da publicidade, da eficiência, da razoabilidade, da proporcionalidade, da motivação das decisões e da razoável duração do processo.</w:t>
      </w:r>
    </w:p>
    <w:p>
      <w:pPr>
        <w:pStyle w:val="Normal"/>
        <w:ind w:firstLine="709"/>
        <w:jc w:val="both"/>
        <w:rPr/>
      </w:pPr>
      <w:r>
        <w:rPr/>
        <w:t>Art. 2º. Para os fins deste Anexo, considera-se:</w:t>
      </w:r>
    </w:p>
    <w:p>
      <w:pPr>
        <w:pStyle w:val="Normal"/>
        <w:ind w:start="850"/>
        <w:jc w:val="both"/>
        <w:rPr/>
      </w:pPr>
      <w:r>
        <w:rPr/>
        <w:t>a) Denunciante: pessoa, sindicalizada ou não, que apresenta formalmente notícia de infração ao Código de Ética dos Jornalistas Brasileiros ou ao Estatuto do Sindjor/MT;</w:t>
      </w:r>
    </w:p>
    <w:p>
      <w:pPr>
        <w:pStyle w:val="Normal"/>
        <w:ind w:start="850"/>
        <w:jc w:val="both"/>
        <w:rPr/>
      </w:pPr>
      <w:r>
        <w:rPr/>
        <w:t>b) Denunciado: jornalista, sindicalizado ou não, contra quem é dirigida a denúncia;</w:t>
      </w:r>
    </w:p>
    <w:p>
      <w:pPr>
        <w:pStyle w:val="Normal"/>
        <w:ind w:start="850"/>
        <w:jc w:val="both"/>
        <w:rPr/>
      </w:pPr>
      <w:r>
        <w:rPr/>
        <w:t>c) Rito Comum: aplicável quando o denunciado for sindicalizado sem cargo na Diretoria, ou jornalista não sindicalizado;</w:t>
      </w:r>
    </w:p>
    <w:p>
      <w:pPr>
        <w:pStyle w:val="Normal"/>
        <w:ind w:start="850"/>
        <w:jc w:val="both"/>
        <w:rPr/>
      </w:pPr>
      <w:r>
        <w:rPr/>
        <w:t>d) Rito Especial: aplicável quando o denunciado for membro da Diretoria Executiva ou da Diretoria Colegiada;</w:t>
      </w:r>
    </w:p>
    <w:p>
      <w:pPr>
        <w:pStyle w:val="Normal"/>
        <w:ind w:start="850"/>
        <w:jc w:val="both"/>
        <w:rPr/>
      </w:pPr>
      <w:r>
        <w:rPr/>
        <w:t>e) Comissão de Ética ou Comissão: órgão colegiado eleito conforme art. 30 do Estatuto, competente para instruir e parecer em processos éticos;</w:t>
      </w:r>
    </w:p>
    <w:p>
      <w:pPr>
        <w:pStyle w:val="Normal"/>
        <w:ind w:start="850"/>
        <w:jc w:val="both"/>
        <w:rPr/>
      </w:pPr>
      <w:r>
        <w:rPr/>
        <w:t>f) Instância julgadora: a Diretoria Executiva ou a Diretoria Colegiada, conforme a fase processual, com competência decisória prevista no Estatuto;</w:t>
      </w:r>
    </w:p>
    <w:p>
      <w:pPr>
        <w:pStyle w:val="Normal"/>
        <w:ind w:start="850"/>
        <w:jc w:val="both"/>
        <w:rPr/>
      </w:pPr>
      <w:r>
        <w:rPr/>
        <w:t>g) Relator: membro da Comissão de Ética designado, na primeira reunião após o recebimento da denúncia, para conduzir a instrução do processo.</w:t>
      </w:r>
    </w:p>
    <w:p>
      <w:pPr>
        <w:pStyle w:val="Normal"/>
        <w:ind w:firstLine="709"/>
        <w:jc w:val="both"/>
        <w:rPr/>
      </w:pPr>
      <w:r>
        <w:rPr/>
        <w:t>Art. 3º. É assegurado, em todas as fases do processo, o direito do denunciante e do denunciado de constituírem advogado, defensor sindical ou pessoa de confiança para acompanhamento dos atos processuais, sem prejuízo da defesa pessoal.</w:t>
      </w:r>
    </w:p>
    <w:p>
      <w:pPr>
        <w:pStyle w:val="Normal"/>
        <w:ind w:firstLine="709"/>
        <w:jc w:val="both"/>
        <w:rPr/>
      </w:pPr>
      <w:r>
        <w:rPr/>
        <w:t>Art. 4º. Os prazos previstos neste Anexo são contínuos e contam-se em dias úteis, excluído o dia do começo e incluído o do vencimento, prorrogando-se este, quando recair em sábado, domingo ou feriado, para o primeiro dia útil subsequente.</w:t>
      </w:r>
    </w:p>
    <w:p>
      <w:pPr>
        <w:pStyle w:val="Normal"/>
        <w:ind w:firstLine="425" w:start="283"/>
        <w:jc w:val="both"/>
        <w:rPr/>
      </w:pPr>
      <w:r>
        <w:rPr/>
        <w:t>Parágrafo Único. Os prazos só começam a correr a partir da efetiva notificação da parte, observado o art. 7º deste Anexo.</w:t>
      </w:r>
    </w:p>
    <w:p>
      <w:pPr>
        <w:pStyle w:val="Normal"/>
        <w:ind w:firstLine="709"/>
        <w:jc w:val="both"/>
        <w:rPr/>
      </w:pPr>
      <w:r>
        <w:rPr/>
        <w:t>Art. 5º. O processo ético é regido pelo sigilo procedimental, tendo acesso restrito aos integrantes da Comissão de Ética, à Diretoria Executiva e Colegiada, ao denunciante, ao denunciado e seus respectivos defensores.</w:t>
      </w:r>
    </w:p>
    <w:p>
      <w:pPr>
        <w:pStyle w:val="Normal"/>
        <w:ind w:firstLine="425" w:start="283"/>
        <w:jc w:val="both"/>
        <w:rPr/>
      </w:pPr>
      <w:r>
        <w:rPr/>
        <w:t>§ 1º. O sigilo cessa com a decisão final, salvo em hipóteses em que a publicidade possa expor injustamente o denunciante ou o denunciado, ou em casos envolvendo menores, vítimas de violência ou matérias sob proteção legal específica.</w:t>
      </w:r>
    </w:p>
    <w:p>
      <w:pPr>
        <w:pStyle w:val="Normal"/>
        <w:ind w:firstLine="425" w:start="283"/>
        <w:jc w:val="both"/>
        <w:rPr/>
      </w:pPr>
      <w:r>
        <w:rPr/>
        <w:t>§ 2º. A divulgação indevida de informações relativas ao processo ético constituirá falta funcional grave, apurada em procedimento próprio.</w:t>
      </w:r>
    </w:p>
    <w:p>
      <w:pPr>
        <w:pStyle w:val="Normal"/>
        <w:ind w:firstLine="709"/>
        <w:jc w:val="both"/>
        <w:rPr/>
      </w:pPr>
      <w:r>
        <w:rPr/>
        <w:t>Art. 6º. As notificações, comunicações e intimações serão feitas por escrito, preferencialmente por meio eletrônico oficial (e-mail institucional, mensagem com comprovação de leitura, ou plataforma indicada pelo Sindicato), e, em sua impossibilidade, por correspondência com aviso de recebimento (AR) ou entrega pessoal com recibo.</w:t>
      </w:r>
    </w:p>
    <w:p>
      <w:pPr>
        <w:pStyle w:val="Normal"/>
        <w:ind w:firstLine="425" w:start="283"/>
        <w:jc w:val="both"/>
        <w:rPr/>
      </w:pPr>
      <w:r>
        <w:rPr/>
        <w:t>§ 1º. Considera-se realizada a notificação eletrônica na data da confirmação de recebimento pelo destinatário ou, na falta desta, em 3 (três) dias úteis contados do envio.</w:t>
      </w:r>
    </w:p>
    <w:p>
      <w:pPr>
        <w:pStyle w:val="Normal"/>
        <w:ind w:firstLine="425" w:start="283"/>
        <w:jc w:val="both"/>
        <w:rPr/>
      </w:pPr>
      <w:r>
        <w:rPr/>
        <w:t>§ 2º. Esgotadas as tentativas de notificação pessoal ou eletrônica, sem êxito, proceder-se-á à notificação por edital, publicado no sítio oficial do Sindjor/MT, com prazo de 15 (quinze) dias para manifestação.</w:t>
      </w:r>
    </w:p>
    <w:p>
      <w:pPr>
        <w:pStyle w:val="Normal"/>
        <w:ind w:firstLine="709"/>
        <w:jc w:val="both"/>
        <w:rPr/>
      </w:pPr>
      <w:r>
        <w:rPr/>
        <w:t>Art. 7º. Considera-se efetivada a notificação para fins de contagem de prazo:</w:t>
      </w:r>
    </w:p>
    <w:p>
      <w:pPr>
        <w:pStyle w:val="Normal"/>
        <w:ind w:start="850"/>
        <w:jc w:val="both"/>
        <w:rPr/>
      </w:pPr>
      <w:r>
        <w:rPr/>
        <w:t>a) na data do recebimento pessoal, mediante recibo;</w:t>
      </w:r>
    </w:p>
    <w:p>
      <w:pPr>
        <w:pStyle w:val="Normal"/>
        <w:ind w:start="850"/>
        <w:jc w:val="both"/>
        <w:rPr/>
      </w:pPr>
      <w:r>
        <w:rPr/>
        <w:t>b) na data da assinatura do aviso de recebimento (AR) da correspondência;</w:t>
      </w:r>
    </w:p>
    <w:p>
      <w:pPr>
        <w:pStyle w:val="Normal"/>
        <w:ind w:start="850"/>
        <w:jc w:val="both"/>
        <w:rPr/>
      </w:pPr>
      <w:r>
        <w:rPr/>
        <w:t>c) na data da confirmação eletrônica de leitura, ou no 3º (terceiro) dia útil subsequente ao envio, se inexistente confirmação;</w:t>
      </w:r>
    </w:p>
    <w:p>
      <w:pPr>
        <w:pStyle w:val="Normal"/>
        <w:ind w:start="850"/>
        <w:jc w:val="both"/>
        <w:rPr/>
      </w:pPr>
      <w:r>
        <w:rPr/>
        <w:t>d) no último dia do prazo do edital, em caso de notificação por edital.</w:t>
      </w:r>
    </w:p>
    <w:p>
      <w:pPr>
        <w:pStyle w:val="Normal"/>
        <w:spacing w:before="240" w:after="120"/>
        <w:jc w:val="center"/>
        <w:rPr/>
      </w:pPr>
      <w:r>
        <w:rPr>
          <w:b/>
          <w:sz w:val="24"/>
        </w:rPr>
        <w:t>CAPÍTULO II — DA DENÚNCIA</w:t>
      </w:r>
    </w:p>
    <w:p>
      <w:pPr>
        <w:pStyle w:val="Normal"/>
        <w:ind w:firstLine="709"/>
        <w:jc w:val="both"/>
        <w:rPr/>
      </w:pPr>
      <w:r>
        <w:rPr/>
        <w:t>Art. 8º. A denúncia pode ser apresentada por qualquer pessoa, sindicalizada ou não, diretamente afetada ou não pela conduta denunciada, e deverá conter, sob pena de não recebimento:</w:t>
      </w:r>
    </w:p>
    <w:p>
      <w:pPr>
        <w:pStyle w:val="Normal"/>
        <w:ind w:start="850"/>
        <w:jc w:val="both"/>
        <w:rPr/>
      </w:pPr>
      <w:r>
        <w:rPr/>
        <w:t>a) qualificação completa do denunciante, com nome, número de documento de identificação, endereço, telefone e e-mail;</w:t>
      </w:r>
    </w:p>
    <w:p>
      <w:pPr>
        <w:pStyle w:val="Normal"/>
        <w:ind w:start="850"/>
        <w:jc w:val="both"/>
        <w:rPr/>
      </w:pPr>
      <w:r>
        <w:rPr/>
        <w:t>b) qualificação do denunciado, com nome completo, profissão, vínculo institucional, e quaisquer outros dados que permitam sua identificação;</w:t>
      </w:r>
    </w:p>
    <w:p>
      <w:pPr>
        <w:pStyle w:val="Normal"/>
        <w:ind w:start="850"/>
        <w:jc w:val="both"/>
        <w:rPr/>
      </w:pPr>
      <w:r>
        <w:rPr/>
        <w:t>c) descrição clara, objetiva e circunstanciada dos fatos imputados, com indicação de data, local e demais elementos de tempo, lugar e modo;</w:t>
      </w:r>
    </w:p>
    <w:p>
      <w:pPr>
        <w:pStyle w:val="Normal"/>
        <w:ind w:start="850"/>
        <w:jc w:val="both"/>
        <w:rPr/>
      </w:pPr>
      <w:r>
        <w:rPr/>
        <w:t>d) indicação dos dispositivos do Código de Ética dos Jornalistas Brasileiros ou do Estatuto do Sindjor/MT supostamente violados;</w:t>
      </w:r>
    </w:p>
    <w:p>
      <w:pPr>
        <w:pStyle w:val="Normal"/>
        <w:ind w:start="850"/>
        <w:jc w:val="both"/>
        <w:rPr/>
      </w:pPr>
      <w:r>
        <w:rPr/>
        <w:t>e) elementos de prova disponíveis (documentos, gravações, links, fotografias, indicação de testemunhas), ou justificativa fundamentada para sua eventual ausência;</w:t>
      </w:r>
    </w:p>
    <w:p>
      <w:pPr>
        <w:pStyle w:val="Normal"/>
        <w:ind w:start="850"/>
        <w:jc w:val="both"/>
        <w:rPr/>
      </w:pPr>
      <w:r>
        <w:rPr/>
        <w:t>f) assinatura do denunciante, física ou eletrônica.</w:t>
      </w:r>
    </w:p>
    <w:p>
      <w:pPr>
        <w:pStyle w:val="Normal"/>
        <w:ind w:firstLine="425" w:start="283"/>
        <w:jc w:val="both"/>
        <w:rPr/>
      </w:pPr>
      <w:r>
        <w:rPr/>
        <w:t>§ 1º. A denúncia poderá ser apresentada por escrito, em formulário próprio disponibilizado pelo Sindicato, ou por meio do canal eletrônico de denúncias do sítio oficial do Sindjor/MT.</w:t>
      </w:r>
    </w:p>
    <w:p>
      <w:pPr>
        <w:pStyle w:val="Normal"/>
        <w:ind w:firstLine="425" w:start="283"/>
        <w:jc w:val="both"/>
        <w:rPr/>
      </w:pPr>
      <w:r>
        <w:rPr/>
        <w:t>§ 2º. É facultada ao denunciante a representação por advogado, defensor sindical ou pessoa de confiança.</w:t>
      </w:r>
    </w:p>
    <w:p>
      <w:pPr>
        <w:pStyle w:val="Normal"/>
        <w:ind w:firstLine="425" w:start="283"/>
        <w:jc w:val="both"/>
        <w:rPr/>
      </w:pPr>
      <w:r>
        <w:rPr/>
        <w:t>§ 3º. Não serão recebidas denúncias anônimas. A denúncia apócrifa só será objeto de providência apuratória interna se contiver indícios robustos e específicos que justifiquem a instauração de procedimento de ofício, a critério fundamentado da Comissão de Ética.</w:t>
      </w:r>
    </w:p>
    <w:p>
      <w:pPr>
        <w:pStyle w:val="Normal"/>
        <w:ind w:firstLine="425" w:start="283"/>
        <w:jc w:val="both"/>
        <w:rPr/>
      </w:pPr>
      <w:r>
        <w:rPr/>
        <w:t>§ 4º. A identidade do denunciante será mantida em sigilo até a fase de instrução, salvo quando a defesa do denunciado depender, demonstradamente, do conhecimento da autoria, hipótese em que o sigilo será afastado por decisão fundamentada da Comissão de Ética.</w:t>
      </w:r>
    </w:p>
    <w:p>
      <w:pPr>
        <w:pStyle w:val="Normal"/>
        <w:ind w:firstLine="709"/>
        <w:jc w:val="both"/>
        <w:rPr/>
      </w:pPr>
      <w:r>
        <w:rPr/>
        <w:t>Art. 9º. A denúncia será protocolada na Secretaria-Geral do Sindicato, presencialmente ou por meio eletrônico, e receberá número de protocolo e data e hora certificados.</w:t>
      </w:r>
    </w:p>
    <w:p>
      <w:pPr>
        <w:pStyle w:val="Normal"/>
        <w:ind w:firstLine="425" w:start="283"/>
        <w:jc w:val="both"/>
        <w:rPr/>
      </w:pPr>
      <w:r>
        <w:rPr/>
        <w:t>§ 1º. A Secretaria-Geral entregará ao denunciante, no ato do protocolo, comprovante do recebimento.</w:t>
      </w:r>
    </w:p>
    <w:p>
      <w:pPr>
        <w:pStyle w:val="Normal"/>
        <w:ind w:firstLine="425" w:start="283"/>
        <w:jc w:val="both"/>
        <w:rPr/>
      </w:pPr>
      <w:r>
        <w:rPr/>
        <w:t>§ 2º. No prazo máximo de 5 (cinco) dias úteis a contar do protocolo, a Secretaria-Geral encaminhará os autos ao destinatário competente, conforme o rito aplicável.</w:t>
      </w:r>
    </w:p>
    <w:p>
      <w:pPr>
        <w:pStyle w:val="Normal"/>
        <w:ind w:firstLine="709"/>
        <w:jc w:val="both"/>
        <w:rPr/>
      </w:pPr>
      <w:r>
        <w:rPr/>
        <w:t>Art. 10. No Rito Comum, os autos serão encaminhados diretamente à Comissão de Ética para juízo de admissibilidade, instrução e parecer, na forma do Capítulo III.</w:t>
      </w:r>
    </w:p>
    <w:p>
      <w:pPr>
        <w:pStyle w:val="Normal"/>
        <w:ind w:firstLine="425" w:start="283"/>
        <w:jc w:val="both"/>
        <w:rPr/>
      </w:pPr>
      <w:r>
        <w:rPr/>
        <w:t>Parágrafo Único. Quando o denunciado for jornalista não sindicalizado, a Comissão de Ética poderá, após análise de admissibilidade, optar entre: (a) prosseguir com a tramitação interna, encaminhando o resultado às entidades competentes; ou (b) encaminhar a denúncia diretamente à FENAJ, ao órgão de classe ou à autoridade pública competente, com cópia da documentação reunida.</w:t>
      </w:r>
    </w:p>
    <w:p>
      <w:pPr>
        <w:pStyle w:val="Normal"/>
        <w:ind w:firstLine="709"/>
        <w:jc w:val="both"/>
        <w:rPr/>
      </w:pPr>
      <w:r>
        <w:rPr/>
        <w:t>Art. 11. No Rito Especial — denúncia contra membro da Diretoria Executiva ou da Diretoria Colegiada —, os autos serão encaminhados à Diretoria Colegiada para juízo preliminar de admissibilidade, na forma do art. 31-A, § 2º, do Estatuto, e do Capítulo IV deste Anexo.</w:t>
      </w:r>
    </w:p>
    <w:p>
      <w:pPr>
        <w:pStyle w:val="Normal"/>
        <w:ind w:firstLine="425" w:start="283"/>
        <w:jc w:val="both"/>
        <w:rPr/>
      </w:pPr>
      <w:r>
        <w:rPr/>
        <w:t>Parágrafo Único. No Rito Especial, a denúncia deverá ser subscrita por, no mínimo, 2/5 (dois quintos) dos sindicalizados, com pelo menos 1 (um) ano de filiação e em dia com a contribuição sindical, observado o art. 63-A do Estatuto.</w:t>
      </w:r>
    </w:p>
    <w:p>
      <w:pPr>
        <w:pStyle w:val="Normal"/>
        <w:spacing w:before="240" w:after="120"/>
        <w:jc w:val="center"/>
        <w:rPr/>
      </w:pPr>
      <w:r>
        <w:rPr>
          <w:b/>
          <w:sz w:val="24"/>
        </w:rPr>
        <w:t>CAPÍTULO III — DO RITO COMUM</w:t>
      </w:r>
    </w:p>
    <w:p>
      <w:pPr>
        <w:pStyle w:val="Normal"/>
        <w:spacing w:before="160" w:after="80"/>
        <w:jc w:val="center"/>
        <w:rPr/>
      </w:pPr>
      <w:r>
        <w:rPr>
          <w:b/>
          <w:i/>
        </w:rPr>
        <w:t>SEÇÃO I — DO JUÍZO DE ADMISSIBILIDADE</w:t>
      </w:r>
    </w:p>
    <w:p>
      <w:pPr>
        <w:pStyle w:val="Normal"/>
        <w:ind w:firstLine="709"/>
        <w:jc w:val="both"/>
        <w:rPr/>
      </w:pPr>
      <w:r>
        <w:rPr/>
        <w:t>Art. 12. Recebida a denúncia, a Comissão de Ética designará, na primeira reunião subsequente, um Relator dentre seus membros, observada a prevenção e os impedimentos.</w:t>
      </w:r>
    </w:p>
    <w:p>
      <w:pPr>
        <w:pStyle w:val="Normal"/>
        <w:ind w:firstLine="709"/>
        <w:jc w:val="both"/>
        <w:rPr/>
      </w:pPr>
      <w:r>
        <w:rPr/>
        <w:t>Art. 13. No prazo de 10 (dez) dias úteis contados do recebimento dos autos, a Comissão de Ética proferirá decisão fundamentada sobre a admissibilidade da denúncia, analisando:</w:t>
      </w:r>
    </w:p>
    <w:p>
      <w:pPr>
        <w:pStyle w:val="Normal"/>
        <w:ind w:start="850"/>
        <w:jc w:val="both"/>
        <w:rPr/>
      </w:pPr>
      <w:r>
        <w:rPr/>
        <w:t>a) o atendimento aos requisitos formais do art. 8º deste Anexo;</w:t>
      </w:r>
    </w:p>
    <w:p>
      <w:pPr>
        <w:pStyle w:val="Normal"/>
        <w:ind w:start="850"/>
        <w:jc w:val="both"/>
        <w:rPr/>
      </w:pPr>
      <w:r>
        <w:rPr/>
        <w:t>b) a existência de indícios mínimos de autoria e materialidade;</w:t>
      </w:r>
    </w:p>
    <w:p>
      <w:pPr>
        <w:pStyle w:val="Normal"/>
        <w:ind w:start="850"/>
        <w:jc w:val="both"/>
        <w:rPr/>
      </w:pPr>
      <w:r>
        <w:rPr/>
        <w:t>c) a tipicidade ética da conduta narrada;</w:t>
      </w:r>
    </w:p>
    <w:p>
      <w:pPr>
        <w:pStyle w:val="Normal"/>
        <w:ind w:start="850"/>
        <w:jc w:val="both"/>
        <w:rPr/>
      </w:pPr>
      <w:r>
        <w:rPr/>
        <w:t>d) a competência da Comissão de Ética para apreciar a matéria;</w:t>
      </w:r>
    </w:p>
    <w:p>
      <w:pPr>
        <w:pStyle w:val="Normal"/>
        <w:ind w:start="850"/>
        <w:jc w:val="both"/>
        <w:rPr/>
      </w:pPr>
      <w:r>
        <w:rPr/>
        <w:t>e) a não ocorrência de prescrição, na forma do art. 35 deste Anexo.</w:t>
      </w:r>
    </w:p>
    <w:p>
      <w:pPr>
        <w:pStyle w:val="Normal"/>
        <w:ind w:firstLine="425" w:start="283"/>
        <w:jc w:val="both"/>
        <w:rPr/>
      </w:pPr>
      <w:r>
        <w:rPr/>
        <w:t>§ 1º. A decisão de admissibilidade pode ser:</w:t>
      </w:r>
    </w:p>
    <w:p>
      <w:pPr>
        <w:pStyle w:val="Normal"/>
        <w:ind w:start="850"/>
        <w:jc w:val="both"/>
        <w:rPr/>
      </w:pPr>
      <w:r>
        <w:rPr/>
        <w:t>I — pelo recebimento da denúncia, com determinação de instrução do processo;</w:t>
      </w:r>
    </w:p>
    <w:p>
      <w:pPr>
        <w:pStyle w:val="Normal"/>
        <w:ind w:start="850"/>
        <w:jc w:val="both"/>
        <w:rPr/>
      </w:pPr>
      <w:r>
        <w:rPr/>
        <w:t>II — pela determinação de emenda à denúncia, no prazo de 10 (dez) dias úteis, quando verificada falha sanável nos requisitos formais;</w:t>
      </w:r>
    </w:p>
    <w:p>
      <w:pPr>
        <w:pStyle w:val="Normal"/>
        <w:ind w:start="850"/>
        <w:jc w:val="both"/>
        <w:rPr/>
      </w:pPr>
      <w:r>
        <w:rPr/>
        <w:t>III — pelo arquivamento liminar, em caso de manifesta improcedência, ausência de indícios mínimos, atipicidade ética, incompetência ou prescrição.</w:t>
      </w:r>
    </w:p>
    <w:p>
      <w:pPr>
        <w:pStyle w:val="Normal"/>
        <w:ind w:firstLine="425" w:start="283"/>
        <w:jc w:val="both"/>
        <w:rPr/>
      </w:pPr>
      <w:r>
        <w:rPr/>
        <w:t>§ 2º. A decisão pelo arquivamento liminar deverá ser fundamentada e notificada ao denunciante, que terá prazo de 15 (quinze) dias para recurso à Diretoria Colegiada.</w:t>
      </w:r>
    </w:p>
    <w:p>
      <w:pPr>
        <w:pStyle w:val="Normal"/>
        <w:spacing w:before="160" w:after="80"/>
        <w:jc w:val="center"/>
        <w:rPr/>
      </w:pPr>
      <w:r>
        <w:rPr>
          <w:b/>
          <w:i/>
        </w:rPr>
        <w:t>SEÇÃO II — DA INSTRUÇÃO</w:t>
      </w:r>
    </w:p>
    <w:p>
      <w:pPr>
        <w:pStyle w:val="Normal"/>
        <w:ind w:firstLine="709"/>
        <w:jc w:val="both"/>
        <w:rPr/>
      </w:pPr>
      <w:r>
        <w:rPr/>
        <w:t>Art. 14. Admitida a denúncia, a Comissão de Ética determinará a notificação do denunciado, com remessa de cópia integral da denúncia e de todos os documentos que a instruem, abrindo-lhe o prazo de 15 (quinze) dias úteis para apresentação de defesa prévia escrita, podendo arrolar testemunhas e juntar documentos.</w:t>
      </w:r>
    </w:p>
    <w:p>
      <w:pPr>
        <w:pStyle w:val="Normal"/>
        <w:ind w:firstLine="425" w:start="283"/>
        <w:jc w:val="both"/>
        <w:rPr/>
      </w:pPr>
      <w:r>
        <w:rPr/>
        <w:t>§ 1º. A defesa prévia poderá ser ampliada uma única vez, por igual período, mediante pedido fundamentado do denunciado, dirigido ao Relator.</w:t>
      </w:r>
    </w:p>
    <w:p>
      <w:pPr>
        <w:pStyle w:val="Normal"/>
        <w:ind w:firstLine="425" w:start="283"/>
        <w:jc w:val="both"/>
        <w:rPr/>
      </w:pPr>
      <w:r>
        <w:rPr/>
        <w:t>§ 2º. Quando o denunciado não constituir advogado, a Comissão de Ética poderá indicar defensor dativo dentre os sindicalizados, observado o consentimento do denunciado.</w:t>
      </w:r>
    </w:p>
    <w:p>
      <w:pPr>
        <w:pStyle w:val="Normal"/>
        <w:ind w:firstLine="425" w:start="283"/>
        <w:jc w:val="both"/>
        <w:rPr/>
      </w:pPr>
      <w:r>
        <w:rPr/>
        <w:t>§ 3º. Cada parte poderá arrolar até 5 (cinco) testemunhas. A Comissão de Ética poderá ouvir outras testemunhas por iniciativa própria, em busca da verdade real.</w:t>
      </w:r>
    </w:p>
    <w:p>
      <w:pPr>
        <w:pStyle w:val="Normal"/>
        <w:ind w:firstLine="709"/>
        <w:jc w:val="both"/>
        <w:rPr/>
      </w:pPr>
      <w:r>
        <w:rPr/>
        <w:t>Art. 15. Apresentada a defesa prévia, ou decorrido o prazo sem manifestação, a Comissão de Ética designará data para audiência de instrução, comunicando as partes com antecedência mínima de 10 (dez) dias úteis.</w:t>
      </w:r>
    </w:p>
    <w:p>
      <w:pPr>
        <w:pStyle w:val="Normal"/>
        <w:ind w:firstLine="425" w:start="283"/>
        <w:jc w:val="both"/>
        <w:rPr/>
      </w:pPr>
      <w:r>
        <w:rPr/>
        <w:t>§ 1º. Na audiência de instrução, serão colhidos: (a) o depoimento pessoal do denunciante e do denunciado; (b) o depoimento das testemunhas arroladas; (c) esclarecimentos sobre documentos e provas técnicas eventualmente produzidas.</w:t>
      </w:r>
    </w:p>
    <w:p>
      <w:pPr>
        <w:pStyle w:val="Normal"/>
        <w:ind w:firstLine="425" w:start="283"/>
        <w:jc w:val="both"/>
        <w:rPr/>
      </w:pPr>
      <w:r>
        <w:rPr/>
        <w:t>§ 2º. A audiência poderá ser realizada presencialmente, por videoconferência ou em formato híbrido, conforme deliberação da Comissão e disponibilidade das partes.</w:t>
      </w:r>
    </w:p>
    <w:p>
      <w:pPr>
        <w:pStyle w:val="Normal"/>
        <w:ind w:firstLine="425" w:start="283"/>
        <w:jc w:val="both"/>
        <w:rPr/>
      </w:pPr>
      <w:r>
        <w:rPr/>
        <w:t>§ 3º. Os atos da audiência serão registrados em ata circunstanciada, gravada quando possível, com posterior transcrição ou disponibilização da gravação às partes.</w:t>
      </w:r>
    </w:p>
    <w:p>
      <w:pPr>
        <w:pStyle w:val="Normal"/>
        <w:ind w:firstLine="425" w:start="283"/>
        <w:jc w:val="both"/>
        <w:rPr/>
      </w:pPr>
      <w:r>
        <w:rPr/>
        <w:t>§ 4º. As partes terão direito de inquirir e reinquirir as testemunhas da parte contrária, observada a mediação do Relator.</w:t>
      </w:r>
    </w:p>
    <w:p>
      <w:pPr>
        <w:pStyle w:val="Normal"/>
        <w:ind w:firstLine="709"/>
        <w:jc w:val="both"/>
        <w:rPr/>
      </w:pPr>
      <w:r>
        <w:rPr/>
        <w:t>Art. 16. Após a instrução, a Comissão de Ética facultará às partes a apresentação de alegações finais escritas, no prazo comum de 10 (dez) dias úteis, com vista dos autos.</w:t>
      </w:r>
    </w:p>
    <w:p>
      <w:pPr>
        <w:pStyle w:val="Normal"/>
        <w:ind w:firstLine="425" w:start="283"/>
        <w:jc w:val="both"/>
        <w:rPr/>
      </w:pPr>
      <w:r>
        <w:rPr/>
        <w:t>Parágrafo Único. A vista dos autos será concedida na Secretaria-Geral do Sindicato ou, mediante solicitação, por meio eletrônico, preservado o sigilo do processo.</w:t>
      </w:r>
    </w:p>
    <w:p>
      <w:pPr>
        <w:pStyle w:val="Normal"/>
        <w:spacing w:before="160" w:after="80"/>
        <w:jc w:val="center"/>
        <w:rPr/>
      </w:pPr>
      <w:r>
        <w:rPr>
          <w:b/>
          <w:i/>
        </w:rPr>
        <w:t>SEÇÃO III — DO PARECER E DA DECISÃO</w:t>
      </w:r>
    </w:p>
    <w:p>
      <w:pPr>
        <w:pStyle w:val="Normal"/>
        <w:ind w:firstLine="709"/>
        <w:jc w:val="both"/>
        <w:rPr/>
      </w:pPr>
      <w:r>
        <w:rPr/>
        <w:t>Art. 17. Encerrada a instrução, e apresentadas ou não as alegações finais, a Comissão de Ética terá prazo de 30 (trinta) dias úteis para elaborar e aprovar parecer conclusivo, contendo:</w:t>
      </w:r>
    </w:p>
    <w:p>
      <w:pPr>
        <w:pStyle w:val="Normal"/>
        <w:ind w:start="850"/>
        <w:jc w:val="both"/>
        <w:rPr/>
      </w:pPr>
      <w:r>
        <w:rPr/>
        <w:t>a) relatório dos fatos apurados;</w:t>
      </w:r>
    </w:p>
    <w:p>
      <w:pPr>
        <w:pStyle w:val="Normal"/>
        <w:ind w:start="850"/>
        <w:jc w:val="both"/>
        <w:rPr/>
      </w:pPr>
      <w:r>
        <w:rPr/>
        <w:t>b) análise das provas produzidas;</w:t>
      </w:r>
    </w:p>
    <w:p>
      <w:pPr>
        <w:pStyle w:val="Normal"/>
        <w:ind w:start="850"/>
        <w:jc w:val="both"/>
        <w:rPr/>
      </w:pPr>
      <w:r>
        <w:rPr/>
        <w:t>c) fundamentação ética e estatutária aplicável;</w:t>
      </w:r>
    </w:p>
    <w:p>
      <w:pPr>
        <w:pStyle w:val="Normal"/>
        <w:ind w:start="850"/>
        <w:jc w:val="both"/>
        <w:rPr/>
      </w:pPr>
      <w:r>
        <w:rPr/>
        <w:t>d) conclusão pela procedência total, parcial ou improcedência da denúncia;</w:t>
      </w:r>
    </w:p>
    <w:p>
      <w:pPr>
        <w:pStyle w:val="Normal"/>
        <w:ind w:start="850"/>
        <w:jc w:val="both"/>
        <w:rPr/>
      </w:pPr>
      <w:r>
        <w:rPr/>
        <w:t>e) proposta fundamentada de sanção, quando aplicável, observada a gradação prevista no art. 21 deste Anexo;</w:t>
      </w:r>
    </w:p>
    <w:p>
      <w:pPr>
        <w:pStyle w:val="Normal"/>
        <w:ind w:start="850"/>
        <w:jc w:val="both"/>
        <w:rPr/>
      </w:pPr>
      <w:r>
        <w:rPr/>
        <w:t>f) eventual recomendação de medidas pedagógicas, reparatórias ou preventivas.</w:t>
      </w:r>
    </w:p>
    <w:p>
      <w:pPr>
        <w:pStyle w:val="Normal"/>
        <w:ind w:firstLine="425" w:start="283"/>
        <w:jc w:val="both"/>
        <w:rPr/>
      </w:pPr>
      <w:r>
        <w:rPr/>
        <w:t>§ 1º. O prazo previsto no caput poderá ser prorrogado por igual período, por uma única vez, mediante requerimento fundamentado da Comissão de Ética à Diretoria Executiva.</w:t>
      </w:r>
    </w:p>
    <w:p>
      <w:pPr>
        <w:pStyle w:val="Normal"/>
        <w:ind w:firstLine="425" w:start="283"/>
        <w:jc w:val="both"/>
        <w:rPr/>
      </w:pPr>
      <w:r>
        <w:rPr/>
        <w:t>§ 2º. O parecer é aprovado por maioria simples dos membros da Comissão de Ética, com registro do voto vencido, quando houver.</w:t>
      </w:r>
    </w:p>
    <w:p>
      <w:pPr>
        <w:pStyle w:val="Normal"/>
        <w:ind w:firstLine="709"/>
        <w:jc w:val="both"/>
        <w:rPr/>
      </w:pPr>
      <w:r>
        <w:rPr/>
        <w:t>Art. 18. Aprovado o parecer, a Comissão de Ética o encaminhará à Diretoria Executiva, que terá prazo de 15 (quinze) dias úteis para homologação ou devolução fundamentada à Comissão, em caso de vício procedimental ou necessidade de complementação.</w:t>
      </w:r>
    </w:p>
    <w:p>
      <w:pPr>
        <w:pStyle w:val="Normal"/>
        <w:ind w:firstLine="425" w:start="283"/>
        <w:jc w:val="both"/>
        <w:rPr/>
      </w:pPr>
      <w:r>
        <w:rPr/>
        <w:t>§ 1º. A devolução à Comissão de Ética será motivada e indicará especificamente os pontos a serem revistos ou complementados. A Comissão terá novo prazo de 15 (quinze) dias úteis para responder.</w:t>
      </w:r>
    </w:p>
    <w:p>
      <w:pPr>
        <w:pStyle w:val="Normal"/>
        <w:ind w:firstLine="425" w:start="283"/>
        <w:jc w:val="both"/>
        <w:rPr/>
      </w:pPr>
      <w:r>
        <w:rPr/>
        <w:t>§ 2º. Homologado o parecer, a Diretoria Executiva proferirá decisão final, no prazo de 15 (quinze) dias úteis, podendo: (a) acolher integralmente o parecer; (b) acolher parcialmente, com fundamentação expressa para a divergência; ou (c) rejeitar o parecer, com fundamentação expressa, sujeitando-se a decisão a recurso à Diretoria Colegiada.</w:t>
      </w:r>
    </w:p>
    <w:p>
      <w:pPr>
        <w:pStyle w:val="Normal"/>
        <w:spacing w:before="160" w:after="80"/>
        <w:jc w:val="center"/>
        <w:rPr/>
      </w:pPr>
      <w:r>
        <w:rPr>
          <w:b/>
          <w:i/>
        </w:rPr>
        <w:t>SEÇÃO IV — DOS RECURSOS NO RITO COMUM</w:t>
      </w:r>
    </w:p>
    <w:p>
      <w:pPr>
        <w:pStyle w:val="Normal"/>
        <w:ind w:firstLine="709"/>
        <w:jc w:val="both"/>
        <w:rPr/>
      </w:pPr>
      <w:r>
        <w:rPr/>
        <w:t>Art. 19. Da decisão final da Diretoria Executiva cabe recurso à Diretoria Colegiada no prazo de 15 (quinze) dias úteis, contados da notificação da decisão, por qualquer das partes.</w:t>
      </w:r>
    </w:p>
    <w:p>
      <w:pPr>
        <w:pStyle w:val="Normal"/>
        <w:ind w:firstLine="425" w:start="283"/>
        <w:jc w:val="both"/>
        <w:rPr/>
      </w:pPr>
      <w:r>
        <w:rPr/>
        <w:t>§ 1º. O recurso será protocolado na Secretaria-Geral, em duas vias, com indicação circunstanciada dos pontos atacados e dos fundamentos.</w:t>
      </w:r>
    </w:p>
    <w:p>
      <w:pPr>
        <w:pStyle w:val="Normal"/>
        <w:ind w:firstLine="425" w:start="283"/>
        <w:jc w:val="both"/>
        <w:rPr/>
      </w:pPr>
      <w:r>
        <w:rPr/>
        <w:t>§ 2º. Recebido o recurso, a parte contrária será intimada para apresentar contrarrazões no prazo de 15 (quinze) dias úteis.</w:t>
      </w:r>
    </w:p>
    <w:p>
      <w:pPr>
        <w:pStyle w:val="Normal"/>
        <w:ind w:firstLine="425" w:start="283"/>
        <w:jc w:val="both"/>
        <w:rPr/>
      </w:pPr>
      <w:r>
        <w:rPr/>
        <w:t>§ 3º. A Diretoria Colegiada terá prazo de 30 (trinta) dias úteis para apreciar o recurso, contado da apresentação das contrarrazões ou do decurso do respectivo prazo, podendo manter, reformar parcial ou totalmente a decisão recorrida.</w:t>
      </w:r>
    </w:p>
    <w:p>
      <w:pPr>
        <w:pStyle w:val="Normal"/>
        <w:ind w:firstLine="425" w:start="283"/>
        <w:jc w:val="both"/>
        <w:rPr/>
      </w:pPr>
      <w:r>
        <w:rPr/>
        <w:t>§ 4º. Da decisão da Diretoria Colegiada cabe recurso, em última instância sindical interna, à Assembleia Geral, observado o art. 13 do Estatuto, no prazo de 15 (quinze) dias úteis.</w:t>
      </w:r>
    </w:p>
    <w:p>
      <w:pPr>
        <w:pStyle w:val="Normal"/>
        <w:spacing w:before="240" w:after="120"/>
        <w:jc w:val="center"/>
        <w:rPr/>
      </w:pPr>
      <w:r>
        <w:rPr>
          <w:b/>
          <w:sz w:val="24"/>
        </w:rPr>
        <w:t>CAPÍTULO IV — DO RITO ESPECIAL</w:t>
      </w:r>
    </w:p>
    <w:p>
      <w:pPr>
        <w:pStyle w:val="Normal"/>
        <w:ind w:firstLine="709"/>
        <w:jc w:val="both"/>
        <w:rPr/>
      </w:pPr>
      <w:r>
        <w:rPr/>
        <w:t>Art. 20. O Rito Especial aplica-se às denúncias contra membros da Diretoria Executiva ou da Diretoria Colegiada, observado o art. 31-A, § 2º, do Estatuto.</w:t>
      </w:r>
    </w:p>
    <w:p>
      <w:pPr>
        <w:pStyle w:val="Normal"/>
        <w:ind w:firstLine="425" w:start="283"/>
        <w:jc w:val="both"/>
        <w:rPr/>
      </w:pPr>
      <w:r>
        <w:rPr/>
        <w:t>§ 1º. A denúncia no Rito Especial deverá ser subscrita por, no mínimo, 2/5 (dois quintos) dos sindicalizados, com pelo menos 1 (um) ano de filiação e em dia com a contribuição sindical, observado o art. 63-A do Estatuto.</w:t>
      </w:r>
    </w:p>
    <w:p>
      <w:pPr>
        <w:pStyle w:val="Normal"/>
        <w:ind w:firstLine="425" w:start="283"/>
        <w:jc w:val="both"/>
        <w:rPr/>
      </w:pPr>
      <w:r>
        <w:rPr/>
        <w:t>§ 2º. A denúncia será protocolada na Secretaria-Geral, observados os requisitos do art. 8º deste Anexo, e encaminhada à Diretoria Colegiada no prazo de 5 (cinco) dias úteis.</w:t>
      </w:r>
    </w:p>
    <w:p>
      <w:pPr>
        <w:pStyle w:val="Normal"/>
        <w:ind w:firstLine="709"/>
        <w:jc w:val="both"/>
        <w:rPr/>
      </w:pPr>
      <w:r>
        <w:rPr/>
        <w:t>Art. 20-A. Recebida a denúncia, a Diretoria Colegiada reunir-se-á extraordinariamente, no prazo de 10 (dez) dias úteis, para análise preliminar de admissibilidade, verificando:</w:t>
      </w:r>
    </w:p>
    <w:p>
      <w:pPr>
        <w:pStyle w:val="Normal"/>
        <w:ind w:start="850"/>
        <w:jc w:val="both"/>
        <w:rPr/>
      </w:pPr>
      <w:r>
        <w:rPr/>
        <w:t>a) o atendimento aos requisitos do art. 20, § 1º deste Anexo;</w:t>
      </w:r>
    </w:p>
    <w:p>
      <w:pPr>
        <w:pStyle w:val="Normal"/>
        <w:ind w:start="850"/>
        <w:jc w:val="both"/>
        <w:rPr/>
      </w:pPr>
      <w:r>
        <w:rPr/>
        <w:t>b) a existência de indícios mínimos de autoria e materialidade;</w:t>
      </w:r>
    </w:p>
    <w:p>
      <w:pPr>
        <w:pStyle w:val="Normal"/>
        <w:ind w:start="850"/>
        <w:jc w:val="both"/>
        <w:rPr/>
      </w:pPr>
      <w:r>
        <w:rPr/>
        <w:t>c) a tipicidade ética da conduta narrada;</w:t>
      </w:r>
    </w:p>
    <w:p>
      <w:pPr>
        <w:pStyle w:val="Normal"/>
        <w:ind w:start="850"/>
        <w:jc w:val="both"/>
        <w:rPr/>
      </w:pPr>
      <w:r>
        <w:rPr/>
        <w:t>d) a competência do Sindjor/MT para apurar o fato;</w:t>
      </w:r>
    </w:p>
    <w:p>
      <w:pPr>
        <w:pStyle w:val="Normal"/>
        <w:ind w:start="850"/>
        <w:jc w:val="both"/>
        <w:rPr/>
      </w:pPr>
      <w:r>
        <w:rPr/>
        <w:t>e) a não ocorrência de prescrição.</w:t>
      </w:r>
    </w:p>
    <w:p>
      <w:pPr>
        <w:pStyle w:val="Normal"/>
        <w:ind w:firstLine="425" w:start="283"/>
        <w:jc w:val="both"/>
        <w:rPr/>
      </w:pPr>
      <w:r>
        <w:rPr/>
        <w:t>§ 1º. O diretor denunciado, e o diretor denunciante quando houver, ficam impedidos de votar na deliberação de admissibilidade, sendo-lhes assegurado o direito de apresentar defesa prévia perante a Diretoria Colegiada antes da decisão, no prazo de 10 (dez) dias úteis a partir da notificação.</w:t>
      </w:r>
    </w:p>
    <w:p>
      <w:pPr>
        <w:pStyle w:val="Normal"/>
        <w:ind w:firstLine="425" w:start="283"/>
        <w:jc w:val="both"/>
        <w:rPr/>
      </w:pPr>
      <w:r>
        <w:rPr/>
        <w:t>§ 2º. A decisão de admissibilidade será fundamentada e tomada por maioria absoluta dos membros aptos a votar, com registro em ata.</w:t>
      </w:r>
    </w:p>
    <w:p>
      <w:pPr>
        <w:pStyle w:val="Normal"/>
        <w:ind w:firstLine="425" w:start="283"/>
        <w:jc w:val="both"/>
        <w:rPr/>
      </w:pPr>
      <w:r>
        <w:rPr/>
        <w:t>§ 3º. Da decisão de inadmissibilidade cabe recurso dos denunciantes à Assembleia Geral, no prazo de 15 (quinze) dias úteis, observado o quórum específico de convocação.</w:t>
      </w:r>
    </w:p>
    <w:p>
      <w:pPr>
        <w:pStyle w:val="Normal"/>
        <w:ind w:firstLine="709"/>
        <w:jc w:val="both"/>
        <w:rPr/>
      </w:pPr>
      <w:r>
        <w:rPr/>
        <w:t>Art. 20-B. Admitida a denúncia, a Diretoria Colegiada encaminhará os autos à Comissão de Ética, que conduzirá a instrução observando, no que couber, o procedimento dos arts. 14 a 17 deste Anexo, com as seguintes especificidades:</w:t>
      </w:r>
    </w:p>
    <w:p>
      <w:pPr>
        <w:pStyle w:val="Normal"/>
        <w:ind w:start="850"/>
        <w:jc w:val="both"/>
        <w:rPr/>
      </w:pPr>
      <w:r>
        <w:rPr/>
        <w:t>a) o prazo de defesa prévia do diretor denunciado é de 20 (vinte) dias úteis, ampliável uma única vez por igual período, mediante pedido fundamentado;</w:t>
      </w:r>
    </w:p>
    <w:p>
      <w:pPr>
        <w:pStyle w:val="Normal"/>
        <w:ind w:start="850"/>
        <w:jc w:val="both"/>
        <w:rPr/>
      </w:pPr>
      <w:r>
        <w:rPr/>
        <w:t>b) cada parte poderá arrolar até 8 (oito) testemunhas;</w:t>
      </w:r>
    </w:p>
    <w:p>
      <w:pPr>
        <w:pStyle w:val="Normal"/>
        <w:ind w:start="850"/>
        <w:jc w:val="both"/>
        <w:rPr/>
      </w:pPr>
      <w:r>
        <w:rPr/>
        <w:t>c) o prazo da Comissão de Ética para parecer conclusivo é de 45 (quarenta e cinco) dias úteis, prorrogáveis uma única vez por igual período.</w:t>
      </w:r>
    </w:p>
    <w:p>
      <w:pPr>
        <w:pStyle w:val="Normal"/>
        <w:ind w:firstLine="709"/>
        <w:jc w:val="both"/>
        <w:rPr/>
      </w:pPr>
      <w:r>
        <w:rPr/>
        <w:t>Art. 20-C. O parecer conclusivo da Comissão de Ética no Rito Especial será encaminhado diretamente à Diretoria Colegiada, que terá prazo de 30 (trinta) dias úteis para proferir decisão final, podendo:</w:t>
      </w:r>
    </w:p>
    <w:p>
      <w:pPr>
        <w:pStyle w:val="Normal"/>
        <w:ind w:start="850"/>
        <w:jc w:val="both"/>
        <w:rPr/>
      </w:pPr>
      <w:r>
        <w:rPr/>
        <w:t>a) acolher integralmente o parecer e aplicar a sanção recomendada;</w:t>
      </w:r>
    </w:p>
    <w:p>
      <w:pPr>
        <w:pStyle w:val="Normal"/>
        <w:ind w:start="850"/>
        <w:jc w:val="both"/>
        <w:rPr/>
      </w:pPr>
      <w:r>
        <w:rPr/>
        <w:t>b) acolher parcialmente, com fundamentação expressa para a divergência;</w:t>
      </w:r>
    </w:p>
    <w:p>
      <w:pPr>
        <w:pStyle w:val="Normal"/>
        <w:ind w:start="850"/>
        <w:jc w:val="both"/>
        <w:rPr/>
      </w:pPr>
      <w:r>
        <w:rPr/>
        <w:t>c) rejeitar o parecer, com fundamentação expressa;</w:t>
      </w:r>
    </w:p>
    <w:p>
      <w:pPr>
        <w:pStyle w:val="Normal"/>
        <w:ind w:start="850"/>
        <w:jc w:val="both"/>
        <w:rPr/>
      </w:pPr>
      <w:r>
        <w:rPr/>
        <w:t>d) aplicar pena de afastamento preventivo do diretor denunciado, em caso de gravidade extrema dos fatos e de risco à imagem da entidade, mediante deliberação fundamentada de 2/3 (dois terços) dos membros aptos a votar.</w:t>
      </w:r>
    </w:p>
    <w:p>
      <w:pPr>
        <w:pStyle w:val="Normal"/>
        <w:ind w:firstLine="425" w:start="283"/>
        <w:jc w:val="both"/>
        <w:rPr/>
      </w:pPr>
      <w:r>
        <w:rPr/>
        <w:t>§ 1º. O diretor denunciado fica impedido de votar na decisão da Diretoria Colegiada.</w:t>
      </w:r>
    </w:p>
    <w:p>
      <w:pPr>
        <w:pStyle w:val="Normal"/>
        <w:ind w:firstLine="425" w:start="283"/>
        <w:jc w:val="both"/>
        <w:rPr/>
      </w:pPr>
      <w:r>
        <w:rPr/>
        <w:t>§ 2º. Da decisão final da Diretoria Colegiada no Rito Especial cabe recurso à Assembleia Geral, em última instância sindical interna, no prazo de 15 (quinze) dias úteis, observado o quórum específico de convocação.</w:t>
      </w:r>
    </w:p>
    <w:p>
      <w:pPr>
        <w:pStyle w:val="Normal"/>
        <w:spacing w:before="240" w:after="120"/>
        <w:jc w:val="center"/>
        <w:rPr/>
      </w:pPr>
      <w:r>
        <w:rPr>
          <w:b/>
          <w:sz w:val="24"/>
        </w:rPr>
        <w:t>CAPÍTULO V — DAS PENALIDADES</w:t>
      </w:r>
    </w:p>
    <w:p>
      <w:pPr>
        <w:pStyle w:val="Normal"/>
        <w:ind w:firstLine="709"/>
        <w:jc w:val="both"/>
        <w:rPr/>
      </w:pPr>
      <w:r>
        <w:rPr/>
        <w:t>Art. 21. As penalidades aplicáveis aos jornalistas em decorrência de processo ético obedecerão à seguinte gradação, conforme a gravidade da infração e os arts. 11 e 12 do Estatuto:</w:t>
      </w:r>
    </w:p>
    <w:p>
      <w:pPr>
        <w:pStyle w:val="Normal"/>
        <w:ind w:start="850"/>
        <w:jc w:val="both"/>
        <w:rPr/>
      </w:pPr>
      <w:r>
        <w:rPr/>
        <w:t>a) advertência escrita reservada;</w:t>
      </w:r>
    </w:p>
    <w:p>
      <w:pPr>
        <w:pStyle w:val="Normal"/>
        <w:ind w:start="850"/>
        <w:jc w:val="both"/>
        <w:rPr/>
      </w:pPr>
      <w:r>
        <w:rPr/>
        <w:t>b) advertência escrita pública;</w:t>
      </w:r>
    </w:p>
    <w:p>
      <w:pPr>
        <w:pStyle w:val="Normal"/>
        <w:ind w:start="850"/>
        <w:jc w:val="both"/>
        <w:rPr/>
      </w:pPr>
      <w:r>
        <w:rPr/>
        <w:t>c) censura ética;</w:t>
      </w:r>
    </w:p>
    <w:p>
      <w:pPr>
        <w:pStyle w:val="Normal"/>
        <w:ind w:start="850"/>
        <w:jc w:val="both"/>
        <w:rPr/>
      </w:pPr>
      <w:r>
        <w:rPr/>
        <w:t>d) suspensão dos direitos de associado por período determinado, não inferior a 30 (trinta) dias e não superior a 12 (doze) meses;</w:t>
      </w:r>
    </w:p>
    <w:p>
      <w:pPr>
        <w:pStyle w:val="Normal"/>
        <w:ind w:start="850"/>
        <w:jc w:val="both"/>
        <w:rPr/>
      </w:pPr>
      <w:r>
        <w:rPr/>
        <w:t>e) exclusão do quadro de associados, no caso de faltas graves previstas no art. 12 do Estatuto.</w:t>
      </w:r>
    </w:p>
    <w:p>
      <w:pPr>
        <w:pStyle w:val="Normal"/>
        <w:ind w:firstLine="425" w:start="283"/>
        <w:jc w:val="both"/>
        <w:rPr/>
      </w:pPr>
      <w:r>
        <w:rPr/>
        <w:t>§ 1º. Tratando-se de membro de Diretoria Executiva ou Colegiada, podem cumular-se às penalidades do caput, conforme a gravidade:</w:t>
      </w:r>
    </w:p>
    <w:p>
      <w:pPr>
        <w:pStyle w:val="Normal"/>
        <w:ind w:start="850"/>
        <w:jc w:val="both"/>
        <w:rPr/>
      </w:pPr>
      <w:r>
        <w:rPr/>
        <w:t>I — suspensão do mandato sindical por período determinado, não inferior a 60 (sessenta) dias e não superior a 12 (doze) meses;</w:t>
      </w:r>
    </w:p>
    <w:p>
      <w:pPr>
        <w:pStyle w:val="Normal"/>
        <w:ind w:start="850"/>
        <w:jc w:val="both"/>
        <w:rPr/>
      </w:pPr>
      <w:r>
        <w:rPr/>
        <w:t>II — perda do mandato sindical, hipótese que dependerá de deliberação por 2/3 (dois terços) da Assembleia Geral especificamente convocada, observado o art. 21, § 5º, do Estatuto.</w:t>
      </w:r>
    </w:p>
    <w:p>
      <w:pPr>
        <w:pStyle w:val="Normal"/>
        <w:ind w:firstLine="425" w:start="283"/>
        <w:jc w:val="both"/>
        <w:rPr/>
      </w:pPr>
      <w:r>
        <w:rPr/>
        <w:t>§ 2º. Na fixação da penalidade, a instância julgadora considerará:</w:t>
      </w:r>
    </w:p>
    <w:p>
      <w:pPr>
        <w:pStyle w:val="Normal"/>
        <w:ind w:start="850"/>
        <w:jc w:val="both"/>
        <w:rPr/>
      </w:pPr>
      <w:r>
        <w:rPr/>
        <w:t>a) a natureza e a gravidade da infração;</w:t>
      </w:r>
    </w:p>
    <w:p>
      <w:pPr>
        <w:pStyle w:val="Normal"/>
        <w:ind w:start="850"/>
        <w:jc w:val="both"/>
        <w:rPr/>
      </w:pPr>
      <w:r>
        <w:rPr/>
        <w:t>b) as circunstâncias atenuantes e agravantes;</w:t>
      </w:r>
    </w:p>
    <w:p>
      <w:pPr>
        <w:pStyle w:val="Normal"/>
        <w:ind w:start="850"/>
        <w:jc w:val="both"/>
        <w:rPr/>
      </w:pPr>
      <w:r>
        <w:rPr/>
        <w:t>c) os antecedentes do denunciado no Sindicato;</w:t>
      </w:r>
    </w:p>
    <w:p>
      <w:pPr>
        <w:pStyle w:val="Normal"/>
        <w:ind w:start="850"/>
        <w:jc w:val="both"/>
        <w:rPr/>
      </w:pPr>
      <w:r>
        <w:rPr/>
        <w:t>d) os prejuízos causados à categoria, à entidade ou a terceiros;</w:t>
      </w:r>
    </w:p>
    <w:p>
      <w:pPr>
        <w:pStyle w:val="Normal"/>
        <w:ind w:start="850"/>
        <w:jc w:val="both"/>
        <w:rPr/>
      </w:pPr>
      <w:r>
        <w:rPr/>
        <w:t>e) o eventual ressarcimento ou reparação espontânea;</w:t>
      </w:r>
    </w:p>
    <w:p>
      <w:pPr>
        <w:pStyle w:val="Normal"/>
        <w:ind w:start="850"/>
        <w:jc w:val="both"/>
        <w:rPr/>
      </w:pPr>
      <w:r>
        <w:rPr/>
        <w:t>f) o grau de culpabilidade.</w:t>
      </w:r>
    </w:p>
    <w:p>
      <w:pPr>
        <w:pStyle w:val="Normal"/>
        <w:ind w:firstLine="425" w:start="283"/>
        <w:jc w:val="both"/>
        <w:rPr/>
      </w:pPr>
      <w:r>
        <w:rPr/>
        <w:t>§ 3º. A penalidade deve ser proporcional à infração, vedada a aplicação cumulativa de penas da mesma espécie pelos mesmos fatos.</w:t>
      </w:r>
    </w:p>
    <w:p>
      <w:pPr>
        <w:pStyle w:val="Normal"/>
        <w:ind w:firstLine="709"/>
        <w:jc w:val="both"/>
        <w:rPr/>
      </w:pPr>
      <w:r>
        <w:rPr/>
        <w:t>Art. 22. Constituem circunstâncias atenuantes, dentre outras:</w:t>
      </w:r>
    </w:p>
    <w:p>
      <w:pPr>
        <w:pStyle w:val="Normal"/>
        <w:ind w:start="850"/>
        <w:jc w:val="both"/>
        <w:rPr/>
      </w:pPr>
      <w:r>
        <w:rPr/>
        <w:t>a) confissão espontânea da autoria;</w:t>
      </w:r>
    </w:p>
    <w:p>
      <w:pPr>
        <w:pStyle w:val="Normal"/>
        <w:ind w:start="850"/>
        <w:jc w:val="both"/>
        <w:rPr/>
      </w:pPr>
      <w:r>
        <w:rPr/>
        <w:t>b) reparação espontânea do dano antes da decisão final;</w:t>
      </w:r>
    </w:p>
    <w:p>
      <w:pPr>
        <w:pStyle w:val="Normal"/>
        <w:ind w:start="850"/>
        <w:jc w:val="both"/>
        <w:rPr/>
      </w:pPr>
      <w:r>
        <w:rPr/>
        <w:t>c) ausência de antecedentes éticos;</w:t>
      </w:r>
    </w:p>
    <w:p>
      <w:pPr>
        <w:pStyle w:val="Normal"/>
        <w:ind w:start="850"/>
        <w:jc w:val="both"/>
        <w:rPr/>
      </w:pPr>
      <w:r>
        <w:rPr/>
        <w:t>d) colaboração efetiva com a apuração;</w:t>
      </w:r>
    </w:p>
    <w:p>
      <w:pPr>
        <w:pStyle w:val="Normal"/>
        <w:ind w:start="850"/>
        <w:jc w:val="both"/>
        <w:rPr/>
      </w:pPr>
      <w:r>
        <w:rPr/>
        <w:t>e) atuação sob coação ou em decorrência de pressão externa demonstrada.</w:t>
      </w:r>
    </w:p>
    <w:p>
      <w:pPr>
        <w:pStyle w:val="Normal"/>
        <w:ind w:firstLine="709"/>
        <w:jc w:val="both"/>
        <w:rPr/>
      </w:pPr>
      <w:r>
        <w:rPr/>
        <w:t>Art. 23. Constituem circunstâncias agravantes, dentre outras:</w:t>
      </w:r>
    </w:p>
    <w:p>
      <w:pPr>
        <w:pStyle w:val="Normal"/>
        <w:ind w:start="850"/>
        <w:jc w:val="both"/>
        <w:rPr/>
      </w:pPr>
      <w:r>
        <w:rPr/>
        <w:t>a) reincidência ética nos últimos 5 (cinco) anos;</w:t>
      </w:r>
    </w:p>
    <w:p>
      <w:pPr>
        <w:pStyle w:val="Normal"/>
        <w:ind w:start="850"/>
        <w:jc w:val="both"/>
        <w:rPr/>
      </w:pPr>
      <w:r>
        <w:rPr/>
        <w:t>b) atuação dolosa e premeditada;</w:t>
      </w:r>
    </w:p>
    <w:p>
      <w:pPr>
        <w:pStyle w:val="Normal"/>
        <w:ind w:start="850"/>
        <w:jc w:val="both"/>
        <w:rPr/>
      </w:pPr>
      <w:r>
        <w:rPr/>
        <w:t>c) abuso de poder, função ou prestígio profissional;</w:t>
      </w:r>
    </w:p>
    <w:p>
      <w:pPr>
        <w:pStyle w:val="Normal"/>
        <w:ind w:start="850"/>
        <w:jc w:val="both"/>
        <w:rPr/>
      </w:pPr>
      <w:r>
        <w:rPr/>
        <w:t>d) tentativa de obstrução da apuração ou de coação de testemunhas;</w:t>
      </w:r>
    </w:p>
    <w:p>
      <w:pPr>
        <w:pStyle w:val="Normal"/>
        <w:ind w:start="850"/>
        <w:jc w:val="both"/>
        <w:rPr/>
      </w:pPr>
      <w:r>
        <w:rPr/>
        <w:t>e) prejuízos significativos à categoria ou à imagem do Sindicato;</w:t>
      </w:r>
    </w:p>
    <w:p>
      <w:pPr>
        <w:pStyle w:val="Normal"/>
        <w:ind w:start="850"/>
        <w:jc w:val="both"/>
        <w:rPr/>
      </w:pPr>
      <w:r>
        <w:rPr/>
        <w:t>f) violação grave do sigilo de fonte ou de informação confiada em razão da profissão.</w:t>
      </w:r>
    </w:p>
    <w:p>
      <w:pPr>
        <w:pStyle w:val="Normal"/>
        <w:spacing w:before="240" w:after="120"/>
        <w:jc w:val="center"/>
        <w:rPr/>
      </w:pPr>
      <w:r>
        <w:rPr>
          <w:b/>
          <w:sz w:val="24"/>
        </w:rPr>
        <w:t>CAPÍTULO VI — DOS IMPEDIMENTOS E DAS SUSPEIÇÕES</w:t>
      </w:r>
    </w:p>
    <w:p>
      <w:pPr>
        <w:pStyle w:val="Normal"/>
        <w:ind w:firstLine="709"/>
        <w:jc w:val="both"/>
        <w:rPr/>
      </w:pPr>
      <w:r>
        <w:rPr/>
        <w:t>Art. 24. É impedido de atuar como membro da Comissão de Ética ou da instância julgadora, em processo ético específico, aquele que:</w:t>
      </w:r>
    </w:p>
    <w:p>
      <w:pPr>
        <w:pStyle w:val="Normal"/>
        <w:ind w:start="850"/>
        <w:jc w:val="both"/>
        <w:rPr/>
      </w:pPr>
      <w:r>
        <w:rPr/>
        <w:t>a) for parte no processo, denunciante ou denunciado;</w:t>
      </w:r>
    </w:p>
    <w:p>
      <w:pPr>
        <w:pStyle w:val="Normal"/>
        <w:ind w:start="850"/>
        <w:jc w:val="both"/>
        <w:rPr/>
      </w:pPr>
      <w:r>
        <w:rPr/>
        <w:t>b) for cônjuge, companheiro, parente, consanguíneo ou afim, em linha reta ou colateral, até o terceiro grau, do denunciante ou do denunciado;</w:t>
      </w:r>
    </w:p>
    <w:p>
      <w:pPr>
        <w:pStyle w:val="Normal"/>
        <w:ind w:start="850"/>
        <w:jc w:val="both"/>
        <w:rPr/>
      </w:pPr>
      <w:r>
        <w:rPr/>
        <w:t>c) tiver interesse direto ou indireto no resultado do processo;</w:t>
      </w:r>
    </w:p>
    <w:p>
      <w:pPr>
        <w:pStyle w:val="Normal"/>
        <w:ind w:start="850"/>
        <w:jc w:val="both"/>
        <w:rPr/>
      </w:pPr>
      <w:r>
        <w:rPr/>
        <w:t>d) tiver atuado como testemunha, advogado, defensor ou consultor da denúncia ou da defesa, anteriormente;</w:t>
      </w:r>
    </w:p>
    <w:p>
      <w:pPr>
        <w:pStyle w:val="Normal"/>
        <w:ind w:start="850"/>
        <w:jc w:val="both"/>
        <w:rPr/>
      </w:pPr>
      <w:r>
        <w:rPr/>
        <w:t>e) houver oferecido a denúncia, no caso de membro da Comissão de Ética;</w:t>
      </w:r>
    </w:p>
    <w:p>
      <w:pPr>
        <w:pStyle w:val="Normal"/>
        <w:ind w:start="850"/>
        <w:jc w:val="both"/>
        <w:rPr/>
      </w:pPr>
      <w:r>
        <w:rPr/>
        <w:t>f) tiver relação de subordinação hierárquica, sociedade, parceria comercial ou de afinidade ideológica direta com o denunciante ou denunciado, em grau capaz de comprometer a imparcialidade.</w:t>
      </w:r>
    </w:p>
    <w:p>
      <w:pPr>
        <w:pStyle w:val="Normal"/>
        <w:ind w:firstLine="709"/>
        <w:jc w:val="both"/>
        <w:rPr/>
      </w:pPr>
      <w:r>
        <w:rPr/>
        <w:t>Art. 25. Pode ser argüida a suspeição do membro da Comissão de Ética ou da instância julgadora, fundada em motivo objetivo, em qualquer fase do processo, mediante petição escrita.</w:t>
      </w:r>
    </w:p>
    <w:p>
      <w:pPr>
        <w:pStyle w:val="Normal"/>
        <w:ind w:firstLine="425" w:start="283"/>
        <w:jc w:val="both"/>
        <w:rPr/>
      </w:pPr>
      <w:r>
        <w:rPr/>
        <w:t>§ 1º. A suspeição será julgada pela própria Comissão de Ética ou pela Diretoria competente, em sessão da qual não participará o membro arguido.</w:t>
      </w:r>
    </w:p>
    <w:p>
      <w:pPr>
        <w:pStyle w:val="Normal"/>
        <w:ind w:firstLine="425" w:start="283"/>
        <w:jc w:val="both"/>
        <w:rPr/>
      </w:pPr>
      <w:r>
        <w:rPr/>
        <w:t>§ 2º. Reconhecido o impedimento ou a suspeição, o membro será imediatamente afastado do processo específico, sendo substituído nos termos do art. 30, § 3º, do Estatuto, se for o caso, ou pela presidência da Comissão se for membro avulso.</w:t>
      </w:r>
    </w:p>
    <w:p>
      <w:pPr>
        <w:pStyle w:val="Normal"/>
        <w:spacing w:before="240" w:after="120"/>
        <w:jc w:val="center"/>
        <w:rPr/>
      </w:pPr>
      <w:r>
        <w:rPr>
          <w:b/>
          <w:sz w:val="24"/>
        </w:rPr>
        <w:t>CAPÍTULO VII — DA EXECUÇÃO DAS PENALIDADES</w:t>
      </w:r>
    </w:p>
    <w:p>
      <w:pPr>
        <w:pStyle w:val="Normal"/>
        <w:ind w:firstLine="709"/>
        <w:jc w:val="both"/>
        <w:rPr/>
      </w:pPr>
      <w:r>
        <w:rPr/>
        <w:t>Art. 26. As penalidades aplicadas em decisão definitiva serão executadas pela Diretoria Executiva, no prazo de 15 (quinze) dias úteis contados do trânsito em julgado da decisão na esfera sindical.</w:t>
      </w:r>
    </w:p>
    <w:p>
      <w:pPr>
        <w:pStyle w:val="Normal"/>
        <w:ind w:firstLine="425" w:start="283"/>
        <w:jc w:val="both"/>
        <w:rPr/>
      </w:pPr>
      <w:r>
        <w:rPr/>
        <w:t>§ 1º. A advertência escrita reservada é comunicada apenas ao denunciado e arquivada no processo individual.</w:t>
      </w:r>
    </w:p>
    <w:p>
      <w:pPr>
        <w:pStyle w:val="Normal"/>
        <w:ind w:firstLine="425" w:start="283"/>
        <w:jc w:val="both"/>
        <w:rPr/>
      </w:pPr>
      <w:r>
        <w:rPr/>
        <w:t>§ 2º. A advertência escrita pública é divulgada nos canais oficiais do Sindicato, preservada a identificação de eventuais terceiros vulneráveis envolvidos.</w:t>
      </w:r>
    </w:p>
    <w:p>
      <w:pPr>
        <w:pStyle w:val="Normal"/>
        <w:ind w:firstLine="425" w:start="283"/>
        <w:jc w:val="both"/>
        <w:rPr/>
      </w:pPr>
      <w:r>
        <w:rPr/>
        <w:t>§ 3º. A censura ética é registrada nos canais oficiais do Sindicato e comunicada à FENAJ e às demais entidades de representação da categoria.</w:t>
      </w:r>
    </w:p>
    <w:p>
      <w:pPr>
        <w:pStyle w:val="Normal"/>
        <w:ind w:firstLine="425" w:start="283"/>
        <w:jc w:val="both"/>
        <w:rPr/>
      </w:pPr>
      <w:r>
        <w:rPr/>
        <w:t>§ 4º. A suspensão dos direitos de associado importa o impedimento temporário do exercício dos direitos previstos no art. 9º do Estatuto, com exceção do dever de contribuir.</w:t>
      </w:r>
    </w:p>
    <w:p>
      <w:pPr>
        <w:pStyle w:val="Normal"/>
        <w:ind w:firstLine="425" w:start="283"/>
        <w:jc w:val="both"/>
        <w:rPr/>
      </w:pPr>
      <w:r>
        <w:rPr/>
        <w:t>§ 5º. A exclusão do quadro de associados implica a baixa imediata do registro, com as consequências previstas no art. 14 do Estatuto.</w:t>
      </w:r>
    </w:p>
    <w:p>
      <w:pPr>
        <w:pStyle w:val="Normal"/>
        <w:ind w:firstLine="709"/>
        <w:jc w:val="both"/>
        <w:rPr/>
      </w:pPr>
      <w:r>
        <w:rPr/>
        <w:t>Art. 27. Considera-se transitada em julgado a decisão na esfera sindical:</w:t>
      </w:r>
    </w:p>
    <w:p>
      <w:pPr>
        <w:pStyle w:val="Normal"/>
        <w:ind w:start="850"/>
        <w:jc w:val="both"/>
        <w:rPr/>
      </w:pPr>
      <w:r>
        <w:rPr/>
        <w:t>a) com o decurso do prazo recursal sem interposição de recurso;</w:t>
      </w:r>
    </w:p>
    <w:p>
      <w:pPr>
        <w:pStyle w:val="Normal"/>
        <w:ind w:start="850"/>
        <w:jc w:val="both"/>
        <w:rPr/>
      </w:pPr>
      <w:r>
        <w:rPr/>
        <w:t>b) com a publicação da decisão definitiva da instância máxima cabível;</w:t>
      </w:r>
    </w:p>
    <w:p>
      <w:pPr>
        <w:pStyle w:val="Normal"/>
        <w:ind w:start="850"/>
        <w:jc w:val="both"/>
        <w:rPr/>
      </w:pPr>
      <w:r>
        <w:rPr/>
        <w:t>c) com a renúncia expressa ao direito de recurso por todas as partes.</w:t>
      </w:r>
    </w:p>
    <w:p>
      <w:pPr>
        <w:pStyle w:val="Normal"/>
        <w:spacing w:before="240" w:after="120"/>
        <w:jc w:val="center"/>
        <w:rPr/>
      </w:pPr>
      <w:r>
        <w:rPr>
          <w:b/>
          <w:sz w:val="24"/>
        </w:rPr>
        <w:t>CAPÍTULO VIII — DA PRESCRIÇÃO</w:t>
      </w:r>
    </w:p>
    <w:p>
      <w:pPr>
        <w:pStyle w:val="Normal"/>
        <w:ind w:firstLine="709"/>
        <w:jc w:val="both"/>
        <w:rPr/>
      </w:pPr>
      <w:r>
        <w:rPr/>
        <w:t>Art. 28. A pretensão punitiva ética prescreve em 5 (cinco) anos, contados:</w:t>
      </w:r>
    </w:p>
    <w:p>
      <w:pPr>
        <w:pStyle w:val="Normal"/>
        <w:ind w:start="850"/>
        <w:jc w:val="both"/>
        <w:rPr/>
      </w:pPr>
      <w:r>
        <w:rPr/>
        <w:t>a) da data do fato, nas infrações instantâneas;</w:t>
      </w:r>
    </w:p>
    <w:p>
      <w:pPr>
        <w:pStyle w:val="Normal"/>
        <w:ind w:start="850"/>
        <w:jc w:val="both"/>
        <w:rPr/>
      </w:pPr>
      <w:r>
        <w:rPr/>
        <w:t>b) da data da cessação da atividade infratora, nas infrações permanentes ou continuadas;</w:t>
      </w:r>
    </w:p>
    <w:p>
      <w:pPr>
        <w:pStyle w:val="Normal"/>
        <w:ind w:start="850"/>
        <w:jc w:val="both"/>
        <w:rPr/>
      </w:pPr>
      <w:r>
        <w:rPr/>
        <w:t>c) da data em que o fato se tornou conhecido, nas infrações ocultas, observado o limite máximo de 10 (dez) anos da prática do fato.</w:t>
      </w:r>
    </w:p>
    <w:p>
      <w:pPr>
        <w:pStyle w:val="Normal"/>
        <w:ind w:firstLine="425" w:start="283"/>
        <w:jc w:val="both"/>
        <w:rPr/>
      </w:pPr>
      <w:r>
        <w:rPr/>
        <w:t>§ 1º. A prescrição interrompe-se com o recebimento da denúncia pela Comissão de Ética ou pela Diretoria Colegiada, conforme o rito aplicável.</w:t>
      </w:r>
    </w:p>
    <w:p>
      <w:pPr>
        <w:pStyle w:val="Normal"/>
        <w:ind w:firstLine="425" w:start="283"/>
        <w:jc w:val="both"/>
        <w:rPr/>
      </w:pPr>
      <w:r>
        <w:rPr/>
        <w:t>§ 2º. Reconhece-se a prescrição intercorrente quando o processo ético, sem movimentação substancial, ficar paralisado por mais de 2 (dois) anos por inércia da Comissão de Ética ou da instância julgadora, salvo motivo de força maior devidamente registrado nos autos.</w:t>
      </w:r>
    </w:p>
    <w:p>
      <w:pPr>
        <w:pStyle w:val="Normal"/>
        <w:spacing w:before="240" w:after="120"/>
        <w:jc w:val="center"/>
        <w:rPr/>
      </w:pPr>
      <w:r>
        <w:rPr>
          <w:b/>
          <w:sz w:val="24"/>
        </w:rPr>
        <w:t>CAPÍTULO IX — DA REABILITAÇÃO</w:t>
      </w:r>
    </w:p>
    <w:p>
      <w:pPr>
        <w:pStyle w:val="Normal"/>
        <w:ind w:firstLine="709"/>
        <w:jc w:val="both"/>
        <w:rPr/>
      </w:pPr>
      <w:r>
        <w:rPr/>
        <w:t>Art. 29. O jornalista punido com advertência, censura ou suspensão poderá requerer reabilitação ética perante a Comissão de Ética, no mínimo, após 2 (dois) anos do cumprimento da pena, demonstrando:</w:t>
      </w:r>
    </w:p>
    <w:p>
      <w:pPr>
        <w:pStyle w:val="Normal"/>
        <w:ind w:start="850"/>
        <w:jc w:val="both"/>
        <w:rPr/>
      </w:pPr>
      <w:r>
        <w:rPr/>
        <w:t>a) conduta ética compatível com a categoria desde a aplicação da penalidade;</w:t>
      </w:r>
    </w:p>
    <w:p>
      <w:pPr>
        <w:pStyle w:val="Normal"/>
        <w:ind w:start="850"/>
        <w:jc w:val="both"/>
        <w:rPr/>
      </w:pPr>
      <w:r>
        <w:rPr/>
        <w:t>b) regular cumprimento dos deveres sindicais, se aplicável;</w:t>
      </w:r>
    </w:p>
    <w:p>
      <w:pPr>
        <w:pStyle w:val="Normal"/>
        <w:ind w:start="850"/>
        <w:jc w:val="both"/>
        <w:rPr/>
      </w:pPr>
      <w:r>
        <w:rPr/>
        <w:t>c) eventual ressarcimento de prejuízos materiais, quando for o caso.</w:t>
      </w:r>
    </w:p>
    <w:p>
      <w:pPr>
        <w:pStyle w:val="Normal"/>
        <w:ind w:firstLine="425" w:start="283"/>
        <w:jc w:val="both"/>
        <w:rPr/>
      </w:pPr>
      <w:r>
        <w:rPr/>
        <w:t>§ 1º. A reabilitação é apreciada pela Comissão de Ética, com parecer encaminhado à Diretoria Executiva (Rito Comum) ou à Diretoria Colegiada (Rito Especial).</w:t>
      </w:r>
    </w:p>
    <w:p>
      <w:pPr>
        <w:pStyle w:val="Normal"/>
        <w:ind w:firstLine="425" w:start="283"/>
        <w:jc w:val="both"/>
        <w:rPr/>
      </w:pPr>
      <w:r>
        <w:rPr/>
        <w:t>§ 2º. Concedida a reabilitação, os registros da penalidade não constituirão antecedente ético para fins de aplicação de novas sanções, salvo no caso de reincidência específica.</w:t>
      </w:r>
    </w:p>
    <w:p>
      <w:pPr>
        <w:pStyle w:val="Normal"/>
        <w:ind w:firstLine="709"/>
        <w:jc w:val="both"/>
        <w:rPr/>
      </w:pPr>
      <w:r>
        <w:rPr/>
        <w:t>Art. 30. O jornalista excluído do quadro de associados por decisão definitiva, em razão de falta grave que atente contra o Estatuto ou o Código de Ética, perde o direito à reabilitação, observado o art. 14, parágrafo único, do Estatuto.</w:t>
      </w:r>
    </w:p>
    <w:p>
      <w:pPr>
        <w:pStyle w:val="Normal"/>
        <w:spacing w:before="240" w:after="120"/>
        <w:jc w:val="center"/>
        <w:rPr/>
      </w:pPr>
      <w:r>
        <w:rPr>
          <w:b/>
          <w:sz w:val="24"/>
        </w:rPr>
        <w:t>CAPÍTULO X — DISPOSIÇÕES FINAIS</w:t>
      </w:r>
    </w:p>
    <w:p>
      <w:pPr>
        <w:pStyle w:val="Normal"/>
        <w:ind w:firstLine="709"/>
        <w:jc w:val="both"/>
        <w:rPr/>
      </w:pPr>
      <w:r>
        <w:rPr/>
        <w:t>Art. 31. As decisões da Comissão de Ética, da Diretoria Executiva e da Diretoria Colegiada em matéria ética serão sempre motivadas, com indicação clara dos fatos, fundamentos jurídicos e éticos, provas valoradas e penalidade aplicada.</w:t>
      </w:r>
    </w:p>
    <w:p>
      <w:pPr>
        <w:pStyle w:val="Normal"/>
        <w:ind w:firstLine="709"/>
        <w:jc w:val="both"/>
        <w:rPr/>
      </w:pPr>
      <w:r>
        <w:rPr/>
        <w:t>Art. 32. As partes têm direito de obter cópia integral dos autos do processo em qualquer fase, mediante requerimento à Secretaria-Geral, preservado o sigilo processual e ressalvada a fundamentada restrição de dados pessoais de terceiros.</w:t>
      </w:r>
    </w:p>
    <w:p>
      <w:pPr>
        <w:pStyle w:val="Normal"/>
        <w:ind w:firstLine="709"/>
        <w:jc w:val="both"/>
        <w:rPr/>
      </w:pPr>
      <w:r>
        <w:rPr/>
        <w:t>Art. 33. As notificações eletrônicas observarão padrões de segurança e rastreabilidade, com utilização preferencial do e-mail institucional cadastrado pelo associado junto ao Sindicato.</w:t>
      </w:r>
    </w:p>
    <w:p>
      <w:pPr>
        <w:pStyle w:val="Normal"/>
        <w:ind w:firstLine="709"/>
        <w:jc w:val="both"/>
        <w:rPr/>
      </w:pPr>
      <w:r>
        <w:rPr/>
        <w:t>Art. 34. Os autos do processo ético serão arquivados na Secretaria-Geral do Sindicato, em meio físico ou eletrônico seguro, por prazo mínimo de 10 (dez) anos contados da decisão final.</w:t>
      </w:r>
    </w:p>
    <w:p>
      <w:pPr>
        <w:pStyle w:val="Normal"/>
        <w:ind w:firstLine="709"/>
        <w:jc w:val="both"/>
        <w:rPr/>
      </w:pPr>
      <w:r>
        <w:rPr/>
        <w:t>Art. 35. Os casos omissos serão resolvidos por deliberação fundamentada da Comissão de Ética, da Diretoria Executiva ou da Diretoria Colegiada, conforme a fase, com aplicação subsidiária da Lei nº 9.784/1999 (Processo Administrativo Federal), do Código de Processo Civil e dos princípios constitucionais do devido processo legal, contraditório e ampla defesa.</w:t>
      </w:r>
    </w:p>
    <w:p>
      <w:pPr>
        <w:pStyle w:val="Normal"/>
        <w:ind w:firstLine="709"/>
        <w:jc w:val="both"/>
        <w:rPr/>
      </w:pPr>
      <w:r>
        <w:rPr/>
        <w:t>Art. 36. Este Anexo entra em vigor na mesma data do Estatuto Social do Sindjor/MT do qual é parte integrante, e revoga as disposições procedimentais em contrário anteriormente aplicáveis.</w:t>
      </w:r>
    </w:p>
    <w:p>
      <w:pPr>
        <w:pStyle w:val="Normal"/>
        <w:rPr/>
      </w:pPr>
      <w:r>
        <w:rPr/>
      </w:r>
    </w:p>
    <w:p>
      <w:pPr>
        <w:pStyle w:val="Normal"/>
        <w:jc w:val="center"/>
        <w:rPr/>
      </w:pPr>
      <w:r>
        <w:rPr/>
        <w:t>Cuiabá-MT, ___ de ______________ de 2026.</w:t>
      </w:r>
    </w:p>
    <w:p>
      <w:pPr>
        <w:pStyle w:val="Normal"/>
        <w:rPr/>
      </w:pPr>
      <w:r>
        <w:rPr/>
      </w:r>
    </w:p>
    <w:p>
      <w:pPr>
        <w:pStyle w:val="Normal"/>
        <w:jc w:val="center"/>
        <w:rPr/>
      </w:pPr>
      <w:r>
        <w:rPr/>
        <w:t>Itamar Perenha</w:t>
      </w:r>
    </w:p>
    <w:p>
      <w:pPr>
        <w:pStyle w:val="Normal"/>
        <w:jc w:val="center"/>
        <w:rPr/>
      </w:pPr>
      <w:r>
        <w:rPr/>
        <w:t>Presidente — Sindjor/MT</w:t>
      </w:r>
    </w:p>
    <w:p>
      <w:pPr>
        <w:pStyle w:val="Normal"/>
        <w:jc w:val="center"/>
        <w:rPr/>
      </w:pPr>
      <w:r>
        <w:rPr/>
      </w:r>
    </w:p>
    <w:p>
      <w:pPr>
        <w:pStyle w:val="Normal"/>
        <w:jc w:val="center"/>
        <w:rPr/>
      </w:pPr>
      <w:r>
        <w:t>Sergio Roberto Reichert</w:t>
      </w:r>
    </w:p>
    <w:p>
      <w:pPr>
        <w:pStyle w:val="Normal"/>
        <w:jc w:val="center"/>
        <w:rPr/>
      </w:pPr>
      <w:r>
        <w:rPr/>
        <w:t>Secretário-Geral — Sindjor/MT</w:t>
      </w:r>
    </w:p>
    <w:p>
      <w:pPr>
        <w:pStyle w:val="Normal"/>
        <w:jc w:val="center"/>
        <w:rPr/>
      </w:pPr>
      <w:r>
        <w:rPr/>
      </w:r>
    </w:p>
    <w:p>
      <w:pPr>
        <w:pStyle w:val="Normal"/>
        <w:jc w:val="center"/>
        <w:rPr/>
      </w:pPr>
      <w:r>
        <w:rPr/>
        <w:t>Rogério Florentino Pereira</w:t>
      </w:r>
    </w:p>
    <w:p>
      <w:pPr>
        <w:pStyle w:val="Normal"/>
        <w:spacing w:before="0" w:after="120"/>
        <w:jc w:val="center"/>
        <w:rPr/>
      </w:pPr>
      <w:r>
        <w:rPr/>
        <w:t>Advogado(a) — OAB/SP 201.996</w:t>
      </w:r>
    </w:p>
    <w:sectPr>
      <w:type w:val="nextPage"/>
      <w:pgSz w:w="12240" w:h="15840"/>
      <w:pgMar w:left="1701" w:right="1134"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swiss"/>
    <w:pitch w:val="variable"/>
  </w:font>
  <w:font w:name="Courier">
    <w:altName w:val="Courier New"/>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suppressAutoHyphens w:val="true"/>
      <w:bidi w:val="0"/>
      <w:spacing w:lineRule="auto" w:line="276" w:before="0" w:after="120"/>
      <w:jc w:val="start"/>
    </w:pPr>
    <w:rPr>
      <w:rFonts w:ascii="Calibri" w:hAnsi="Calibri" w:eastAsia="" w:cs="" w:cstheme="minorBidi" w:eastAsiaTheme="minorEastAsia"/>
      <w:color w:val="auto"/>
      <w:kern w:val="0"/>
      <w:sz w:val="22"/>
      <w:szCs w:val="22"/>
      <w:lang w:val="en-US" w:eastAsia="en-US" w:bidi="ar-SA"/>
    </w:rPr>
  </w:style>
  <w:style w:type="paragraph" w:styleId="Heading1">
    <w:name w:val="heading 1"/>
    <w:basedOn w:val="Normal"/>
    <w:next w:val="Normal"/>
    <w:link w:val="Ttulo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Ttulo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Ttulo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Ttulo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Ttulo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Ttulo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Ttulo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Ttulo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Ttulo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qFormat/>
    <w:rsid w:val="00e618bf"/>
    <w:rPr/>
  </w:style>
  <w:style w:type="character" w:styleId="RodapChar" w:customStyle="1">
    <w:name w:val="Rodapé Char"/>
    <w:basedOn w:val="DefaultParagraphFont"/>
    <w:uiPriority w:val="99"/>
    <w:qFormat/>
    <w:rsid w:val="00e618bf"/>
    <w:rPr/>
  </w:style>
  <w:style w:type="character" w:styleId="Ttulo1Char" w:customStyle="1">
    <w:name w:val="Título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Ttulo2Char" w:customStyle="1">
    <w:name w:val="Título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Ttulo3Char" w:customStyle="1">
    <w:name w:val="Título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tuloChar" w:customStyle="1">
    <w:name w:val="Título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tuloChar" w:customStyle="1">
    <w:name w:val="Subtítulo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CorpodetextoChar" w:customStyle="1">
    <w:name w:val="Corpo de texto Char"/>
    <w:basedOn w:val="DefaultParagraphFont"/>
    <w:uiPriority w:val="99"/>
    <w:qFormat/>
    <w:rsid w:val="00aa1d8d"/>
    <w:rPr/>
  </w:style>
  <w:style w:type="character" w:styleId="Corpodetexto2Char" w:customStyle="1">
    <w:name w:val="Corpo de texto 2 Char"/>
    <w:basedOn w:val="DefaultParagraphFont"/>
    <w:link w:val="BodyText2"/>
    <w:uiPriority w:val="99"/>
    <w:qFormat/>
    <w:rsid w:val="00aa1d8d"/>
    <w:rPr/>
  </w:style>
  <w:style w:type="character" w:styleId="Corpodetexto3Char" w:customStyle="1">
    <w:name w:val="Corpo de texto 3 Char"/>
    <w:basedOn w:val="DefaultParagraphFont"/>
    <w:link w:val="BodyText3"/>
    <w:uiPriority w:val="99"/>
    <w:qFormat/>
    <w:rsid w:val="00aa1d8d"/>
    <w:rPr>
      <w:sz w:val="16"/>
      <w:szCs w:val="16"/>
    </w:rPr>
  </w:style>
  <w:style w:type="character" w:styleId="TextodemacroChar" w:customStyle="1">
    <w:name w:val="Texto de macro Char"/>
    <w:basedOn w:val="DefaultParagraphFont"/>
    <w:link w:val="MacroText"/>
    <w:uiPriority w:val="99"/>
    <w:qFormat/>
    <w:rsid w:val="0029639d"/>
    <w:rPr>
      <w:rFonts w:ascii="Courier" w:hAnsi="Courier"/>
      <w:sz w:val="20"/>
      <w:szCs w:val="20"/>
    </w:rPr>
  </w:style>
  <w:style w:type="character" w:styleId="CitaoChar" w:customStyle="1">
    <w:name w:val="Citação Char"/>
    <w:basedOn w:val="DefaultParagraphFont"/>
    <w:link w:val="Quote"/>
    <w:uiPriority w:val="29"/>
    <w:qFormat/>
    <w:rsid w:val="00fc693f"/>
    <w:rPr>
      <w:i/>
      <w:iCs/>
      <w:color w:themeColor="text1" w:val="000000"/>
    </w:rPr>
  </w:style>
  <w:style w:type="character" w:styleId="Ttulo4Char" w:customStyle="1">
    <w:name w:val="Título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Ttulo5Char" w:customStyle="1">
    <w:name w:val="Título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Ttulo6Char" w:customStyle="1">
    <w:name w:val="Título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Ttulo7Char" w:customStyle="1">
    <w:name w:val="Título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Ttulo8Char" w:customStyle="1">
    <w:name w:val="Título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Ttulo9Char" w:customStyle="1">
    <w:name w:val="Título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itaoIntensaChar" w:customStyle="1">
    <w:name w:val="Citação Intensa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Marcadoresuser" w:customStyle="1">
    <w:name w:val="Marcadores (user)"/>
    <w:qFormat/>
    <w:rPr>
      <w:rFonts w:ascii="OpenSymbol" w:hAnsi="OpenSymbol" w:eastAsia="OpenSymbol" w:cs="OpenSymbol"/>
    </w:rPr>
  </w:style>
  <w:style w:type="character" w:styleId="CommentReference">
    <w:name w:val="annotation reference"/>
    <w:basedOn w:val="DefaultParagraphFont"/>
    <w:uiPriority w:val="99"/>
    <w:semiHidden/>
    <w:unhideWhenUsed/>
    <w:qFormat/>
    <w:rsid w:val="00df2303"/>
    <w:rPr>
      <w:sz w:val="16"/>
      <w:szCs w:val="16"/>
    </w:rPr>
  </w:style>
  <w:style w:type="character" w:styleId="TextodecomentrioChar" w:customStyle="1">
    <w:name w:val="Texto de comentário Char"/>
    <w:basedOn w:val="DefaultParagraphFont"/>
    <w:uiPriority w:val="99"/>
    <w:semiHidden/>
    <w:qFormat/>
    <w:rsid w:val="00df2303"/>
    <w:rPr>
      <w:rFonts w:ascii="Calibri" w:hAnsi="Calibri"/>
      <w:sz w:val="20"/>
      <w:szCs w:val="20"/>
    </w:rPr>
  </w:style>
  <w:style w:type="character" w:styleId="AssuntodocomentrioChar" w:customStyle="1">
    <w:name w:val="Assunto do comentário Char"/>
    <w:basedOn w:val="TextodecomentrioChar"/>
    <w:link w:val="annotationsubject"/>
    <w:uiPriority w:val="99"/>
    <w:semiHidden/>
    <w:qFormat/>
    <w:rsid w:val="00df2303"/>
    <w:rPr>
      <w:rFonts w:ascii="Calibri" w:hAnsi="Calibri"/>
      <w:b/>
      <w:bCs/>
      <w:sz w:val="20"/>
      <w:szCs w:val="20"/>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textoChar"/>
    <w:uiPriority w:val="99"/>
    <w:unhideWhenUsed/>
    <w:rsid w:val="00aa1d8d"/>
    <w:pPr/>
    <w:rPr/>
  </w:style>
  <w:style w:type="paragraph" w:styleId="List">
    <w:name w:val="List"/>
    <w:basedOn w:val="Normal"/>
    <w:uiPriority w:val="99"/>
    <w:unhideWhenUsed/>
    <w:rsid w:val="00aa1d8d"/>
    <w:pPr>
      <w:spacing w:before="0" w:after="12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qFormat/>
    <w:pPr>
      <w:suppressLineNumbers/>
    </w:pPr>
    <w:rPr>
      <w:rFonts w:cs="Lucida Sans"/>
    </w:rPr>
  </w:style>
  <w:style w:type="paragraph" w:styleId="Title">
    <w:name w:val="Title"/>
    <w:basedOn w:val="Normal"/>
    <w:next w:val="BodyText"/>
    <w:link w:val="Ttulo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Cabealhoerodapuser" w:customStyle="1">
    <w:name w:val="Cabeçalho e rodapé (user)"/>
    <w:basedOn w:val="Normal"/>
    <w:qFormat/>
    <w:pPr/>
    <w:rPr/>
  </w:style>
  <w:style w:type="paragraph" w:styleId="Cabealhoerodap">
    <w:name w:val="Cabeçalho e rodapé"/>
    <w:basedOn w:val="Normal"/>
    <w:qFormat/>
    <w:pPr/>
    <w:rPr/>
  </w:style>
  <w:style w:type="paragraph" w:styleId="Header">
    <w:name w:val="header"/>
    <w:basedOn w:val="Normal"/>
    <w:link w:val="Cabealho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Rodap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Subtitle">
    <w:name w:val="Subtitle"/>
    <w:basedOn w:val="Normal"/>
    <w:next w:val="Normal"/>
    <w:link w:val="Subttulo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120"/>
      <w:ind w:start="720"/>
      <w:contextualSpacing/>
    </w:pPr>
    <w:rPr/>
  </w:style>
  <w:style w:type="paragraph" w:styleId="BodyText2">
    <w:name w:val="Body Text 2"/>
    <w:basedOn w:val="Normal"/>
    <w:link w:val="Corpodetexto2Char"/>
    <w:uiPriority w:val="99"/>
    <w:unhideWhenUsed/>
    <w:qFormat/>
    <w:rsid w:val="00aa1d8d"/>
    <w:pPr>
      <w:spacing w:lineRule="auto" w:line="480"/>
    </w:pPr>
    <w:rPr/>
  </w:style>
  <w:style w:type="paragraph" w:styleId="BodyText3">
    <w:name w:val="Body Text 3"/>
    <w:basedOn w:val="Normal"/>
    <w:link w:val="Corpodetexto3Char"/>
    <w:uiPriority w:val="99"/>
    <w:unhideWhenUsed/>
    <w:qFormat/>
    <w:rsid w:val="00aa1d8d"/>
    <w:pPr/>
    <w:rPr>
      <w:sz w:val="16"/>
      <w:szCs w:val="16"/>
    </w:rPr>
  </w:style>
  <w:style w:type="paragraph" w:styleId="List2">
    <w:name w:val="List 2"/>
    <w:basedOn w:val="Normal"/>
    <w:uiPriority w:val="99"/>
    <w:unhideWhenUsed/>
    <w:qFormat/>
    <w:rsid w:val="00326f90"/>
    <w:pPr>
      <w:spacing w:before="0" w:after="120"/>
      <w:ind w:hanging="360" w:start="720"/>
      <w:contextualSpacing/>
    </w:pPr>
    <w:rPr/>
  </w:style>
  <w:style w:type="paragraph" w:styleId="List3">
    <w:name w:val="List 3"/>
    <w:basedOn w:val="Normal"/>
    <w:uiPriority w:val="99"/>
    <w:unhideWhenUsed/>
    <w:qFormat/>
    <w:rsid w:val="00326f90"/>
    <w:pPr>
      <w:spacing w:before="0" w:after="120"/>
      <w:ind w:hanging="360" w:start="1080"/>
      <w:contextualSpacing/>
    </w:pPr>
    <w:rPr/>
  </w:style>
  <w:style w:type="paragraph" w:styleId="ListBullet">
    <w:name w:val="List Bullet"/>
    <w:basedOn w:val="Normal"/>
    <w:uiPriority w:val="99"/>
    <w:unhideWhenUsed/>
    <w:rsid w:val="00326f90"/>
    <w:pPr>
      <w:numPr>
        <w:ilvl w:val="0"/>
        <w:numId w:val="1"/>
      </w:numPr>
      <w:spacing w:before="0" w:after="120"/>
      <w:contextualSpacing/>
    </w:pPr>
    <w:rPr/>
  </w:style>
  <w:style w:type="paragraph" w:styleId="ListBullet2">
    <w:name w:val="List Bullet 2"/>
    <w:basedOn w:val="Normal"/>
    <w:uiPriority w:val="99"/>
    <w:unhideWhenUsed/>
    <w:rsid w:val="00326f90"/>
    <w:pPr>
      <w:numPr>
        <w:ilvl w:val="0"/>
        <w:numId w:val="2"/>
      </w:numPr>
      <w:spacing w:before="0" w:after="120"/>
      <w:contextualSpacing/>
    </w:pPr>
    <w:rPr/>
  </w:style>
  <w:style w:type="paragraph" w:styleId="ListBullet3">
    <w:name w:val="List Bullet 3"/>
    <w:basedOn w:val="Normal"/>
    <w:uiPriority w:val="99"/>
    <w:unhideWhenUsed/>
    <w:rsid w:val="00326f90"/>
    <w:pPr>
      <w:numPr>
        <w:ilvl w:val="0"/>
        <w:numId w:val="3"/>
      </w:numPr>
      <w:spacing w:before="0" w:after="120"/>
      <w:contextualSpacing/>
    </w:pPr>
    <w:rPr/>
  </w:style>
  <w:style w:type="paragraph" w:styleId="ListNumber">
    <w:name w:val="List Number"/>
    <w:basedOn w:val="Normal"/>
    <w:uiPriority w:val="99"/>
    <w:unhideWhenUsed/>
    <w:rsid w:val="00326f90"/>
    <w:pPr>
      <w:numPr>
        <w:ilvl w:val="0"/>
        <w:numId w:val="4"/>
      </w:numPr>
      <w:spacing w:before="0" w:after="120"/>
      <w:contextualSpacing/>
    </w:pPr>
    <w:rPr/>
  </w:style>
  <w:style w:type="paragraph" w:styleId="ListNumber2">
    <w:name w:val="List Number 2"/>
    <w:basedOn w:val="Normal"/>
    <w:uiPriority w:val="99"/>
    <w:unhideWhenUsed/>
    <w:rsid w:val="0029639d"/>
    <w:pPr>
      <w:numPr>
        <w:ilvl w:val="0"/>
        <w:numId w:val="5"/>
      </w:numPr>
      <w:spacing w:before="0" w:after="120"/>
      <w:contextualSpacing/>
    </w:pPr>
    <w:rPr/>
  </w:style>
  <w:style w:type="paragraph" w:styleId="ListNumber3">
    <w:name w:val="List Number 3"/>
    <w:basedOn w:val="Normal"/>
    <w:uiPriority w:val="99"/>
    <w:unhideWhenUsed/>
    <w:rsid w:val="0029639d"/>
    <w:pPr>
      <w:numPr>
        <w:ilvl w:val="0"/>
        <w:numId w:val="6"/>
      </w:numPr>
      <w:spacing w:before="0" w:after="12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Textodemacro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CitaoChar"/>
    <w:uiPriority w:val="29"/>
    <w:qFormat/>
    <w:rsid w:val="00fc693f"/>
    <w:pPr/>
    <w:rPr>
      <w:i/>
      <w:iCs/>
      <w:color w:themeColor="text1" w:val="000000"/>
    </w:rPr>
  </w:style>
  <w:style w:type="paragraph" w:styleId="IntenseQuote">
    <w:name w:val="Intense Quote"/>
    <w:basedOn w:val="Normal"/>
    <w:next w:val="Normal"/>
    <w:link w:val="CitaoIntensa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le"/>
    <w:pPr/>
    <w:rPr/>
  </w:style>
  <w:style w:type="paragraph" w:styleId="TOCHeading">
    <w:name w:val="TOC Heading"/>
    <w:basedOn w:val="Heading1"/>
    <w:next w:val="Normal"/>
    <w:uiPriority w:val="39"/>
    <w:semiHidden/>
    <w:unhideWhenUsed/>
    <w:qFormat/>
    <w:rsid w:val="00fc693f"/>
    <w:pPr>
      <w:outlineLvl w:val="9"/>
    </w:pPr>
    <w:rPr/>
  </w:style>
  <w:style w:type="paragraph" w:styleId="CommentText">
    <w:name w:val="annotation text"/>
    <w:basedOn w:val="Normal"/>
    <w:link w:val="TextodecomentrioChar"/>
    <w:uiPriority w:val="99"/>
    <w:semiHidden/>
    <w:unhideWhenUsed/>
    <w:rsid w:val="00df2303"/>
    <w:pPr>
      <w:spacing w:lineRule="auto" w:line="240"/>
    </w:pPr>
    <w:rPr>
      <w:sz w:val="20"/>
      <w:szCs w:val="20"/>
    </w:rPr>
  </w:style>
  <w:style w:type="paragraph" w:styleId="annotationsubject">
    <w:name w:val="annotation subject"/>
    <w:basedOn w:val="CommentText"/>
    <w:next w:val="CommentText"/>
    <w:link w:val="AssuntodocomentrioChar"/>
    <w:uiPriority w:val="99"/>
    <w:semiHidden/>
    <w:unhideWhenUsed/>
    <w:qFormat/>
    <w:rsid w:val="00df2303"/>
    <w:pPr/>
    <w:rPr>
      <w:b/>
      <w:bCs/>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fc69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mentoClaro">
    <w:name w:val="Light Shading"/>
    <w:basedOn w:val="Tabelanormal"/>
    <w:uiPriority w:val="60"/>
    <w:rsid w:val="00fc693f"/>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staClara-nfase1">
    <w:name w:val="Light List Accent 1"/>
    <w:basedOn w:val="Tabelanormal"/>
    <w:uiPriority w:val="61"/>
    <w:rsid w:val="00fc693f"/>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staClara-nfase2">
    <w:name w:val="Light List Accent 2"/>
    <w:basedOn w:val="Tabelanormal"/>
    <w:uiPriority w:val="61"/>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staClara-nfase3">
    <w:name w:val="Light List Accent 3"/>
    <w:basedOn w:val="Tabelanormal"/>
    <w:uiPriority w:val="61"/>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staClara-nfase4">
    <w:name w:val="Light List Accent 4"/>
    <w:basedOn w:val="Tabelanormal"/>
    <w:uiPriority w:val="61"/>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staClara-nfase5">
    <w:name w:val="Light List Accent 5"/>
    <w:basedOn w:val="Tabelanormal"/>
    <w:uiPriority w:val="61"/>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staClara-nfase6">
    <w:name w:val="Light List Accent 6"/>
    <w:basedOn w:val="Tabelanormal"/>
    <w:uiPriority w:val="61"/>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GradeClara">
    <w:name w:val="Light Grid"/>
    <w:basedOn w:val="Tabelanormal"/>
    <w:uiPriority w:val="62"/>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GradeClara-nfase1">
    <w:name w:val="Light Grid Accent 1"/>
    <w:basedOn w:val="Tabelanormal"/>
    <w:uiPriority w:val="62"/>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GradeClara-nfase2">
    <w:name w:val="Light Grid Accent 2"/>
    <w:basedOn w:val="Tabelanormal"/>
    <w:uiPriority w:val="62"/>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GradeClara-nfase3">
    <w:name w:val="Light Grid Accent 3"/>
    <w:basedOn w:val="Tabelanormal"/>
    <w:uiPriority w:val="62"/>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GradeClara-nfase4">
    <w:name w:val="Light Grid Accent 4"/>
    <w:basedOn w:val="Tabelanormal"/>
    <w:uiPriority w:val="62"/>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GradeClara-nfase5">
    <w:name w:val="Light Grid Accent 5"/>
    <w:basedOn w:val="Tabelanormal"/>
    <w:uiPriority w:val="62"/>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GradeClara-nfase6">
    <w:name w:val="Light Grid Accent 6"/>
    <w:basedOn w:val="Tabelanormal"/>
    <w:uiPriority w:val="62"/>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SombreamentoMdio1">
    <w:name w:val="Medium Shading 1"/>
    <w:basedOn w:val="Tabelanormal"/>
    <w:uiPriority w:val="63"/>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1">
    <w:name w:val="Medium Shading 2 Accent 1"/>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2">
    <w:name w:val="Medium Shading 2 Accent 2"/>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3">
    <w:name w:val="Medium Shading 2 Accent 3"/>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4">
    <w:name w:val="Medium Shading 2 Accent 4"/>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5">
    <w:name w:val="Medium Shading 2 Accent 5"/>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SombreamentoMdio2-nfase6">
    <w:name w:val="Medium Shading 2 Accent 6"/>
    <w:basedOn w:val="Tabelanormal"/>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aMdia1">
    <w:name w:val="Medium List 1"/>
    <w:basedOn w:val="Tabelanormal"/>
    <w:uiPriority w:val="65"/>
    <w:rsid w:val="00cb0664"/>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4F81B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0504D"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9BBB59"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8064A2"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4BACC6"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79646"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radeMdia3-nfase1">
    <w:name w:val="Medium Grid 3 Accent 1"/>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radeMdia3-nfase2">
    <w:name w:val="Medium Grid 3 Accent 2"/>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radeMdia3-nfase3">
    <w:name w:val="Medium Grid 3 Accent 3"/>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radeMdia3-nfase4">
    <w:name w:val="Medium Grid 3 Accent 4"/>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radeMdia3-nfase5">
    <w:name w:val="Medium Grid 3 Accent 5"/>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radeMdia3-nfase6">
    <w:name w:val="Medium Grid 3 Accent 6"/>
    <w:basedOn w:val="Tabelanormal"/>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ListaEscura">
    <w:name w:val="Dark List"/>
    <w:basedOn w:val="Tabela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SombreamentoEscuro-nfase1">
    <w:name w:val="Colorful Shading Accent 1"/>
    <w:basedOn w:val="Tabelanormal"/>
    <w:uiPriority w:val="71"/>
    <w:rsid w:val="00cb0664"/>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4F81BD"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SombreamentoColorido-nfase2">
    <w:name w:val="Colorful Shading Accent 2"/>
    <w:basedOn w:val="Tabelanormal"/>
    <w:uiPriority w:val="71"/>
    <w:rsid w:val="00cb0664"/>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C0504D"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SombreamentoColorido-nfase3">
    <w:name w:val="Colorful Shading Accent 3"/>
    <w:basedOn w:val="Tabelanormal"/>
    <w:uiPriority w:val="71"/>
    <w:rsid w:val="00cb0664"/>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9BBB59"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8064A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SombreamentoColorido-nfase5">
    <w:name w:val="Colorful Shading Accent 5"/>
    <w:basedOn w:val="Tabelanormal"/>
    <w:uiPriority w:val="71"/>
    <w:rsid w:val="00cb0664"/>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4BACC6"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SombreamentoColorido-nfase6">
    <w:name w:val="Colorful Shading Accent 6"/>
    <w:basedOn w:val="Tabelanormal"/>
    <w:uiPriority w:val="71"/>
    <w:rsid w:val="00cb0664"/>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F79646"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ListaColorida">
    <w:name w:val="Colorful List"/>
    <w:basedOn w:val="Tabela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Application>LibreOffice/26.2.3.2$Windows_X86_64 LibreOffice_project/70e089b17412e4cb7773e41413306b17a2328c34</Application>
  <AppVersion>15.0000</AppVersion>
  <Pages>41</Pages>
  <Words>14974</Words>
  <Characters>84790</Characters>
  <CharactersWithSpaces>99203</CharactersWithSpaces>
  <Paragraphs>690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2026-05-30T15:30:00Z</dcterms:created>
  <dc:creator>python-docx</dc:creator>
  <dc:description>generated by python-docx</dc:description>
  <dc:language>pt-BR</dc:language>
  <cp:lastModifiedBy/>
  <dcterms:modified xsi:type="dcterms:W3CDTF">2026-06-01T09:48:23Z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